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E6C54" w14:textId="77777777" w:rsidR="00754CA4" w:rsidRPr="00D34580" w:rsidRDefault="00754CA4" w:rsidP="00754CA4">
      <w:pPr>
        <w:rPr>
          <w:noProof/>
          <w:color w:val="1F497D" w:themeColor="text2"/>
          <w:lang w:val="fr-FR"/>
        </w:rPr>
      </w:pPr>
    </w:p>
    <w:p w14:paraId="39BEAED4" w14:textId="2F285AAF" w:rsidR="000167B8" w:rsidRPr="00D34580" w:rsidRDefault="00000000" w:rsidP="00BD31C4">
      <w:pPr>
        <w:pStyle w:val="Titre"/>
        <w:ind w:right="-270"/>
        <w:jc w:val="center"/>
        <w:rPr>
          <w:rFonts w:ascii="Arial" w:hAnsi="Arial" w:cs="Arial"/>
          <w:b/>
          <w:bCs/>
          <w:noProof/>
          <w:color w:val="1F497D" w:themeColor="text2"/>
          <w:sz w:val="22"/>
          <w:szCs w:val="22"/>
          <w:lang w:val="fr-FR"/>
        </w:rPr>
      </w:pPr>
      <w:r w:rsidRPr="00D34580">
        <w:rPr>
          <w:rFonts w:ascii="Arial" w:hAnsi="Arial" w:cs="Arial"/>
          <w:b/>
          <w:bCs/>
          <w:noProof/>
          <w:color w:val="1F497D" w:themeColor="text2"/>
          <w:sz w:val="22"/>
          <w:szCs w:val="22"/>
          <w:lang w:val="fr-FR"/>
        </w:rPr>
        <w:t xml:space="preserve">MODÈLE DESCRIPTION PROFIL </w:t>
      </w:r>
      <w:r w:rsidR="006B70F2" w:rsidRPr="00D34580">
        <w:rPr>
          <w:rFonts w:ascii="Arial" w:hAnsi="Arial" w:cs="Arial"/>
          <w:b/>
          <w:bCs/>
          <w:noProof/>
          <w:color w:val="1F497D" w:themeColor="text2"/>
          <w:sz w:val="22"/>
          <w:szCs w:val="22"/>
          <w:lang w:val="fr-FR"/>
        </w:rPr>
        <w:t xml:space="preserve">POUR </w:t>
      </w:r>
      <w:r w:rsidRPr="00D34580">
        <w:rPr>
          <w:rFonts w:ascii="Arial" w:hAnsi="Arial" w:cs="Arial"/>
          <w:b/>
          <w:bCs/>
          <w:noProof/>
          <w:color w:val="1F497D" w:themeColor="text2"/>
          <w:sz w:val="22"/>
          <w:szCs w:val="22"/>
          <w:lang w:val="fr-FR"/>
        </w:rPr>
        <w:t>PLATEFORME</w:t>
      </w:r>
      <w:r w:rsidR="006B70F2" w:rsidRPr="00D34580">
        <w:rPr>
          <w:rFonts w:ascii="Arial" w:hAnsi="Arial" w:cs="Arial"/>
          <w:b/>
          <w:bCs/>
          <w:noProof/>
          <w:color w:val="1F497D" w:themeColor="text2"/>
          <w:sz w:val="22"/>
          <w:szCs w:val="22"/>
          <w:lang w:val="fr-FR"/>
        </w:rPr>
        <w:t xml:space="preserve"> DE RÉSERVATION</w:t>
      </w:r>
    </w:p>
    <w:p w14:paraId="6345CC76" w14:textId="77777777" w:rsidR="000167B8" w:rsidRPr="00D34580" w:rsidRDefault="00000000" w:rsidP="00BD31C4">
      <w:pPr>
        <w:ind w:right="-270"/>
        <w:jc w:val="center"/>
        <w:rPr>
          <w:rFonts w:ascii="Arial" w:hAnsi="Arial" w:cs="Arial"/>
          <w:noProof/>
          <w:color w:val="1F497D" w:themeColor="text2"/>
          <w:sz w:val="18"/>
          <w:szCs w:val="18"/>
          <w:lang w:val="fr-FR"/>
        </w:rPr>
      </w:pPr>
      <w:r w:rsidRPr="00D34580">
        <w:rPr>
          <w:rFonts w:ascii="Arial" w:hAnsi="Arial" w:cs="Arial"/>
          <w:i/>
          <w:noProof/>
          <w:color w:val="1F497D" w:themeColor="text2"/>
          <w:sz w:val="18"/>
          <w:szCs w:val="18"/>
          <w:lang w:val="fr-FR"/>
        </w:rPr>
        <w:t>(Resalib, Crénolibre, Liberlo, Médoucine...)</w:t>
      </w:r>
    </w:p>
    <w:p w14:paraId="2D650812" w14:textId="77777777" w:rsidR="000167B8" w:rsidRPr="00D34580" w:rsidRDefault="00000000" w:rsidP="00BD31C4">
      <w:pPr>
        <w:ind w:right="-270"/>
        <w:rPr>
          <w:rFonts w:ascii="Arial" w:hAnsi="Arial" w:cs="Arial"/>
          <w:i/>
          <w:i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lang w:val="fr-FR"/>
        </w:rPr>
        <w:t>Ce modèle est conçu pour être copié-collé dans la section "Description" ou "Présentation" de votre profil sur les plateformes de réservation.</w:t>
      </w:r>
    </w:p>
    <w:p w14:paraId="43F6D21B" w14:textId="7BFC34AB" w:rsidR="006B70F2" w:rsidRPr="00D34580" w:rsidRDefault="006B70F2" w:rsidP="008B1701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284" w:hanging="284"/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 xml:space="preserve">Sélectionnez les </w:t>
      </w:r>
      <w:r w:rsidR="008B1701"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>options</w:t>
      </w: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 xml:space="preserve"> correspondant à vos mod</w:t>
      </w:r>
      <w:r w:rsidR="008B1701"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>e</w:t>
      </w: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>s</w:t>
      </w:r>
      <w:r w:rsidR="008B1701"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 xml:space="preserve"> d'exercice</w:t>
      </w: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 xml:space="preserve"> (cabinet / domicile / visio)</w:t>
      </w:r>
    </w:p>
    <w:p w14:paraId="6EE738C9" w14:textId="08B07928" w:rsidR="006B70F2" w:rsidRPr="00D34580" w:rsidRDefault="006B70F2" w:rsidP="008B1701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284" w:hanging="284"/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 xml:space="preserve">Supprimez les </w:t>
      </w:r>
      <w:r w:rsidR="008B1701"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>options</w:t>
      </w: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 xml:space="preserve"> non utilisé</w:t>
      </w:r>
      <w:r w:rsidR="008B1701"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>e</w:t>
      </w: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>s</w:t>
      </w:r>
    </w:p>
    <w:p w14:paraId="6B7BD4BC" w14:textId="0212ABBB" w:rsidR="006B70F2" w:rsidRPr="00D34580" w:rsidRDefault="008B1701" w:rsidP="008B1701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284" w:hanging="284"/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 xml:space="preserve">Pour vous aider à personnaliser votre profil : utiliser comme référence </w:t>
      </w:r>
      <w:r w:rsidR="006B70F2"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 xml:space="preserve">la version personnalisée de vos CGV </w:t>
      </w: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>(</w:t>
      </w:r>
      <w:r w:rsidR="006B70F2"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>cela permet d'appliquer des conditions homogènes</w:t>
      </w: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>).</w:t>
      </w:r>
      <w:r w:rsidR="006B70F2"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 xml:space="preserve"> </w:t>
      </w:r>
    </w:p>
    <w:p w14:paraId="377A7533" w14:textId="556053CD" w:rsidR="006B70F2" w:rsidRPr="00D34580" w:rsidRDefault="006B70F2" w:rsidP="008B1701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284" w:hanging="284"/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 xml:space="preserve">Remplacez les </w:t>
      </w:r>
      <w:r w:rsidRPr="00D34580">
        <w:rPr>
          <w:rFonts w:ascii="Arial" w:hAnsi="Arial" w:cs="Arial"/>
          <w:i/>
          <w:iCs/>
          <w:noProof/>
          <w:color w:val="1F497D" w:themeColor="text2"/>
        </w:rPr>
        <w:t>[</w:t>
      </w: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>crochets] par vos informations</w:t>
      </w:r>
    </w:p>
    <w:p w14:paraId="3E1B1295" w14:textId="76D08FBB" w:rsidR="006B70F2" w:rsidRPr="00D34580" w:rsidRDefault="006B70F2" w:rsidP="008B1701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284" w:hanging="284"/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sz w:val="22"/>
          <w:szCs w:val="22"/>
        </w:rPr>
        <w:t>Copiez-collez le texte final dans votre profil de plateforme</w:t>
      </w:r>
    </w:p>
    <w:p w14:paraId="724EC190" w14:textId="77777777" w:rsidR="008B1701" w:rsidRPr="00D34580" w:rsidRDefault="008B1701" w:rsidP="006B70F2">
      <w:pPr>
        <w:ind w:right="-270"/>
        <w:rPr>
          <w:rFonts w:ascii="Arial" w:hAnsi="Arial" w:cs="Arial"/>
          <w:i/>
          <w:iCs/>
          <w:noProof/>
          <w:color w:val="1F497D" w:themeColor="text2"/>
          <w:lang w:val="fr-FR"/>
        </w:rPr>
      </w:pPr>
    </w:p>
    <w:p w14:paraId="47F41CDF" w14:textId="1EB020C9" w:rsidR="008B1701" w:rsidRPr="00D34580" w:rsidRDefault="008B1701" w:rsidP="008B1701">
      <w:pPr>
        <w:pStyle w:val="Sansinterligne"/>
        <w:rPr>
          <w:rFonts w:ascii="Arial" w:hAnsi="Arial" w:cs="Arial"/>
          <w:b/>
          <w:b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b/>
          <w:bCs/>
          <w:noProof/>
          <w:color w:val="1F497D" w:themeColor="text2"/>
          <w:lang w:val="fr-FR"/>
        </w:rPr>
        <w:t xml:space="preserve">MENTIONS JURIDIQUES OBLIGATOIRES </w:t>
      </w:r>
    </w:p>
    <w:p w14:paraId="59A11960" w14:textId="77777777" w:rsidR="008B1701" w:rsidRPr="00D34580" w:rsidRDefault="008B1701" w:rsidP="008B1701">
      <w:pPr>
        <w:pStyle w:val="Sansinterligne"/>
        <w:rPr>
          <w:rFonts w:ascii="Arial" w:hAnsi="Arial" w:cs="Arial"/>
          <w:b/>
          <w:bCs/>
          <w:noProof/>
          <w:color w:val="1F497D" w:themeColor="text2"/>
          <w:lang w:val="fr-FR"/>
        </w:rPr>
      </w:pPr>
    </w:p>
    <w:p w14:paraId="7B04793D" w14:textId="144C9948" w:rsidR="008B1701" w:rsidRPr="00D34580" w:rsidRDefault="008B1701" w:rsidP="008B1701">
      <w:pPr>
        <w:pStyle w:val="Sansinterligne"/>
        <w:spacing w:line="276" w:lineRule="auto"/>
        <w:rPr>
          <w:rFonts w:ascii="Arial" w:hAnsi="Arial" w:cs="Arial"/>
          <w:noProof/>
          <w:color w:val="1F497D" w:themeColor="text2"/>
          <w:lang w:val="fr-FR"/>
        </w:rPr>
      </w:pPr>
      <w:r w:rsidRPr="00D34580">
        <w:rPr>
          <w:rFonts w:ascii="Arial" w:hAnsi="Arial" w:cs="Arial"/>
          <w:noProof/>
          <w:color w:val="1F497D" w:themeColor="text2"/>
          <w:lang w:val="fr-FR"/>
        </w:rPr>
        <w:t>Votre profil plateforme doit contenir au minimum :</w:t>
      </w:r>
    </w:p>
    <w:p w14:paraId="75AC1E61" w14:textId="77777777" w:rsidR="008B1701" w:rsidRPr="00D34580" w:rsidRDefault="008B1701" w:rsidP="008B1701">
      <w:pPr>
        <w:pStyle w:val="Paragraphedeliste"/>
        <w:numPr>
          <w:ilvl w:val="0"/>
          <w:numId w:val="16"/>
        </w:numPr>
        <w:ind w:left="0" w:right="-270" w:hanging="284"/>
        <w:rPr>
          <w:rFonts w:ascii="Arial" w:hAnsi="Arial" w:cs="Arial"/>
          <w:i/>
          <w:i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lang w:val="fr-FR"/>
        </w:rPr>
        <w:t>Nature des prestations (description claire)</w:t>
      </w:r>
    </w:p>
    <w:p w14:paraId="67166DCA" w14:textId="77777777" w:rsidR="008B1701" w:rsidRPr="00D34580" w:rsidRDefault="008B1701" w:rsidP="008B1701">
      <w:pPr>
        <w:pStyle w:val="Paragraphedeliste"/>
        <w:numPr>
          <w:ilvl w:val="0"/>
          <w:numId w:val="16"/>
        </w:numPr>
        <w:ind w:left="0" w:right="-270" w:hanging="284"/>
        <w:rPr>
          <w:rFonts w:ascii="Arial" w:hAnsi="Arial" w:cs="Arial"/>
          <w:i/>
          <w:i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lang w:val="fr-FR"/>
        </w:rPr>
        <w:t>Durée de chaque prestation</w:t>
      </w:r>
    </w:p>
    <w:p w14:paraId="627ED6A4" w14:textId="77777777" w:rsidR="008B1701" w:rsidRPr="00D34580" w:rsidRDefault="008B1701" w:rsidP="008B1701">
      <w:pPr>
        <w:pStyle w:val="Paragraphedeliste"/>
        <w:numPr>
          <w:ilvl w:val="0"/>
          <w:numId w:val="16"/>
        </w:numPr>
        <w:ind w:left="0" w:right="-270" w:hanging="284"/>
        <w:rPr>
          <w:rFonts w:ascii="Arial" w:hAnsi="Arial" w:cs="Arial"/>
          <w:i/>
          <w:i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lang w:val="fr-FR"/>
        </w:rPr>
        <w:t>Tarifs TTC</w:t>
      </w:r>
    </w:p>
    <w:p w14:paraId="36FD3FE0" w14:textId="77777777" w:rsidR="008B1701" w:rsidRPr="00D34580" w:rsidRDefault="008B1701" w:rsidP="008B1701">
      <w:pPr>
        <w:pStyle w:val="Paragraphedeliste"/>
        <w:numPr>
          <w:ilvl w:val="0"/>
          <w:numId w:val="16"/>
        </w:numPr>
        <w:ind w:left="0" w:right="-270" w:hanging="284"/>
        <w:rPr>
          <w:rFonts w:ascii="Arial" w:hAnsi="Arial" w:cs="Arial"/>
          <w:i/>
          <w:i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lang w:val="fr-FR"/>
        </w:rPr>
        <w:t xml:space="preserve">Modes de paiement </w:t>
      </w:r>
    </w:p>
    <w:p w14:paraId="2C88363D" w14:textId="77777777" w:rsidR="008B1701" w:rsidRPr="00D34580" w:rsidRDefault="008B1701" w:rsidP="008B1701">
      <w:pPr>
        <w:pStyle w:val="Paragraphedeliste"/>
        <w:numPr>
          <w:ilvl w:val="0"/>
          <w:numId w:val="16"/>
        </w:numPr>
        <w:ind w:left="0" w:right="-270" w:hanging="284"/>
        <w:rPr>
          <w:rFonts w:ascii="Arial" w:hAnsi="Arial" w:cs="Arial"/>
          <w:i/>
          <w:i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lang w:val="fr-FR"/>
        </w:rPr>
        <w:t>Conditions d'annulation</w:t>
      </w:r>
    </w:p>
    <w:p w14:paraId="00958F0A" w14:textId="77777777" w:rsidR="008B1701" w:rsidRPr="00D34580" w:rsidRDefault="008B1701" w:rsidP="008B1701">
      <w:pPr>
        <w:pStyle w:val="Paragraphedeliste"/>
        <w:numPr>
          <w:ilvl w:val="0"/>
          <w:numId w:val="16"/>
        </w:numPr>
        <w:ind w:left="0" w:right="-270" w:hanging="284"/>
        <w:rPr>
          <w:rFonts w:ascii="Arial" w:hAnsi="Arial" w:cs="Arial"/>
          <w:i/>
          <w:i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lang w:val="fr-FR"/>
        </w:rPr>
        <w:t>Mention du droit de rétractation de 14 jours</w:t>
      </w:r>
    </w:p>
    <w:p w14:paraId="049D340D" w14:textId="77777777" w:rsidR="008B1701" w:rsidRPr="00D34580" w:rsidRDefault="008B1701" w:rsidP="008B1701">
      <w:pPr>
        <w:pStyle w:val="Paragraphedeliste"/>
        <w:numPr>
          <w:ilvl w:val="0"/>
          <w:numId w:val="16"/>
        </w:numPr>
        <w:ind w:left="0" w:right="-270" w:hanging="284"/>
        <w:rPr>
          <w:rFonts w:ascii="Arial" w:hAnsi="Arial" w:cs="Arial"/>
          <w:i/>
          <w:i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lang w:val="fr-FR"/>
        </w:rPr>
        <w:t>Coordonnées du médiateur de la consommation</w:t>
      </w:r>
    </w:p>
    <w:p w14:paraId="1DE279CB" w14:textId="77777777" w:rsidR="008B1701" w:rsidRPr="00D34580" w:rsidRDefault="008B1701" w:rsidP="008B1701">
      <w:pPr>
        <w:pStyle w:val="Paragraphedeliste"/>
        <w:numPr>
          <w:ilvl w:val="0"/>
          <w:numId w:val="16"/>
        </w:numPr>
        <w:ind w:left="0" w:right="-270" w:hanging="284"/>
        <w:rPr>
          <w:rFonts w:ascii="Arial" w:hAnsi="Arial" w:cs="Arial"/>
          <w:i/>
          <w:i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lang w:val="fr-FR"/>
        </w:rPr>
        <w:t>Mention du traitement des données personnelles (RGPD)</w:t>
      </w:r>
    </w:p>
    <w:p w14:paraId="14672007" w14:textId="77777777" w:rsidR="008B1701" w:rsidRPr="00D34580" w:rsidRDefault="008B1701" w:rsidP="008B1701">
      <w:pPr>
        <w:pStyle w:val="Paragraphedeliste"/>
        <w:numPr>
          <w:ilvl w:val="0"/>
          <w:numId w:val="16"/>
        </w:numPr>
        <w:ind w:left="0" w:right="-270" w:hanging="284"/>
        <w:rPr>
          <w:rFonts w:ascii="Arial" w:hAnsi="Arial" w:cs="Arial"/>
          <w:i/>
          <w:i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lang w:val="fr-FR"/>
        </w:rPr>
        <w:t>Indication que les documents détaillés seront fournis après réservation</w:t>
      </w:r>
    </w:p>
    <w:p w14:paraId="7B6E0CF5" w14:textId="5BAA0D27" w:rsidR="008B1701" w:rsidRPr="00D34580" w:rsidRDefault="008B1701" w:rsidP="008B1701">
      <w:pPr>
        <w:ind w:right="-270"/>
        <w:rPr>
          <w:rFonts w:ascii="Arial" w:hAnsi="Arial" w:cs="Arial"/>
          <w:bCs/>
          <w:i/>
          <w:i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bCs/>
          <w:i/>
          <w:iCs/>
          <w:noProof/>
          <w:color w:val="1F497D" w:themeColor="text2"/>
          <w:lang w:val="fr-FR"/>
        </w:rPr>
        <w:t>Si l'une de ces mentions manque, vous n'êtes pas conforme au Code de la consommation (sanction jusqu'à 15 000€).</w:t>
      </w:r>
    </w:p>
    <w:p w14:paraId="43D140BE" w14:textId="4234DC4D" w:rsidR="008B1701" w:rsidRPr="00D34580" w:rsidRDefault="008B1701" w:rsidP="00EC4E6C">
      <w:pPr>
        <w:pStyle w:val="Sansinterligne"/>
        <w:spacing w:line="276" w:lineRule="auto"/>
        <w:rPr>
          <w:rFonts w:ascii="Arial" w:hAnsi="Arial" w:cs="Arial"/>
          <w:b/>
          <w:bCs/>
          <w:noProof/>
          <w:color w:val="1F497D" w:themeColor="text2"/>
          <w:lang w:val="fr-FR"/>
        </w:rPr>
      </w:pPr>
      <w:r w:rsidRPr="00D34580">
        <w:rPr>
          <w:rFonts w:ascii="Arial" w:hAnsi="Arial" w:cs="Arial"/>
          <w:b/>
          <w:bCs/>
          <w:noProof/>
          <w:color w:val="1F497D" w:themeColor="text2"/>
          <w:lang w:val="fr-FR"/>
        </w:rPr>
        <w:t>CONSEIL</w:t>
      </w:r>
    </w:p>
    <w:p w14:paraId="5E0FB3FC" w14:textId="5F16C2FC" w:rsidR="006B70F2" w:rsidRPr="00D34580" w:rsidRDefault="008B1701" w:rsidP="00D34580">
      <w:pPr>
        <w:ind w:right="-270"/>
        <w:rPr>
          <w:rFonts w:ascii="Arial" w:hAnsi="Arial" w:cs="Arial"/>
          <w:b/>
          <w:bCs/>
          <w:i/>
          <w:iCs/>
          <w:noProof/>
          <w:color w:val="000000" w:themeColor="text1"/>
          <w:lang w:val="fr-FR"/>
        </w:rPr>
      </w:pPr>
      <w:r w:rsidRPr="00D34580">
        <w:rPr>
          <w:rFonts w:ascii="Arial" w:hAnsi="Arial" w:cs="Arial"/>
          <w:i/>
          <w:iCs/>
          <w:noProof/>
          <w:color w:val="1F497D" w:themeColor="text2"/>
          <w:lang w:val="fr-FR"/>
        </w:rPr>
        <w:t>Les plateformes limitent souvent le nombre de caractères. Si besoin, raccourcissez votre présentation personnelle, mais conservez toujours les informations juridiques obligatoires :</w:t>
      </w:r>
      <w:r w:rsidRPr="00D34580">
        <w:rPr>
          <w:rFonts w:ascii="Arial" w:hAnsi="Arial" w:cs="Arial"/>
          <w:b/>
          <w:bCs/>
          <w:i/>
          <w:iCs/>
          <w:noProof/>
          <w:color w:val="000000" w:themeColor="text1"/>
          <w:lang w:val="fr-FR"/>
        </w:rPr>
        <w:t xml:space="preserve"> </w:t>
      </w:r>
    </w:p>
    <w:p w14:paraId="6E2D329B" w14:textId="0EDADFC8" w:rsidR="00D34580" w:rsidRPr="00D34580" w:rsidRDefault="00D34580" w:rsidP="00D34580">
      <w:pPr>
        <w:ind w:right="-270"/>
        <w:rPr>
          <w:rFonts w:ascii="Arial" w:hAnsi="Arial" w:cs="Arial"/>
          <w:b/>
          <w:bCs/>
          <w:i/>
          <w:iCs/>
          <w:noProof/>
          <w:color w:val="000000" w:themeColor="text1"/>
          <w:lang w:val="fr-FR"/>
        </w:rPr>
      </w:pPr>
      <w:r w:rsidRPr="00D34580">
        <w:rPr>
          <w:rFonts w:ascii="Arial" w:hAnsi="Arial" w:cs="Arial"/>
          <w:b/>
          <w:bCs/>
          <w:i/>
          <w:iCs/>
          <w:noProof/>
          <w:color w:val="000000" w:themeColor="text1"/>
          <w:lang w:val="fr-FR"/>
        </w:rPr>
        <w:t>_________________________________________________________________________________</w:t>
      </w:r>
    </w:p>
    <w:p w14:paraId="1B78B672" w14:textId="00D5B789" w:rsidR="006B70F2" w:rsidRPr="00EC4E6C" w:rsidRDefault="00EC4E6C" w:rsidP="006B70F2">
      <w:pPr>
        <w:pStyle w:val="Titre2"/>
        <w:shd w:val="clear" w:color="auto" w:fill="FFFFFF"/>
        <w:spacing w:before="480" w:after="240"/>
        <w:rPr>
          <w:rFonts w:ascii="Arial" w:hAnsi="Arial" w:cs="Arial"/>
          <w:i/>
          <w:iCs/>
          <w:noProof/>
          <w:color w:val="365F91" w:themeColor="accent1" w:themeShade="BF"/>
          <w:sz w:val="22"/>
          <w:szCs w:val="22"/>
          <w:lang w:val="fr-FR"/>
        </w:rPr>
      </w:pPr>
      <w:r>
        <w:rPr>
          <w:rFonts w:ascii="Arial" w:hAnsi="Arial" w:cs="Arial"/>
          <w:noProof/>
          <w:color w:val="0F1115"/>
          <w:sz w:val="22"/>
          <w:szCs w:val="22"/>
          <w:lang w:val="fr-FR"/>
        </w:rPr>
        <w:t>SECTION</w:t>
      </w:r>
      <w:r w:rsidR="006B70F2" w:rsidRPr="006B70F2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 1 </w:t>
      </w:r>
      <w:r w:rsidR="00D34580">
        <w:rPr>
          <w:rFonts w:ascii="Arial" w:hAnsi="Arial" w:cs="Arial"/>
          <w:noProof/>
          <w:color w:val="0F1115"/>
          <w:sz w:val="22"/>
          <w:szCs w:val="22"/>
          <w:lang w:val="fr-FR"/>
        </w:rPr>
        <w:t>-</w:t>
      </w:r>
      <w:r w:rsidR="006B70F2" w:rsidRPr="006B70F2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 PRÉSENTATION GÉNÉRALE </w:t>
      </w:r>
      <w:r w:rsidR="006B70F2" w:rsidRPr="00EC4E6C">
        <w:rPr>
          <w:rFonts w:ascii="Arial" w:hAnsi="Arial" w:cs="Arial"/>
          <w:i/>
          <w:iCs/>
          <w:noProof/>
          <w:color w:val="365F91" w:themeColor="accent1" w:themeShade="BF"/>
          <w:sz w:val="22"/>
          <w:szCs w:val="22"/>
          <w:lang w:val="fr-FR"/>
        </w:rPr>
        <w:t>(OBLIGATOIRE)</w:t>
      </w:r>
    </w:p>
    <w:p w14:paraId="00FBFC79" w14:textId="79D88DFC" w:rsidR="006B70F2" w:rsidRPr="006B70F2" w:rsidRDefault="006B70F2" w:rsidP="006B70F2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Fonts w:ascii="Arial" w:hAnsi="Arial" w:cs="Arial"/>
          <w:noProof/>
          <w:color w:val="0F1115"/>
          <w:sz w:val="22"/>
          <w:szCs w:val="22"/>
        </w:rPr>
        <w:t xml:space="preserve">Je vous accompagne en hypnose de bien-être pour </w:t>
      </w:r>
      <w:r w:rsidRPr="00D34580">
        <w:rPr>
          <w:rFonts w:ascii="Arial" w:hAnsi="Arial" w:cs="Arial"/>
          <w:noProof/>
          <w:color w:val="0F1115"/>
          <w:sz w:val="22"/>
          <w:szCs w:val="22"/>
          <w:highlight w:val="yellow"/>
        </w:rPr>
        <w:t>[votre objectif – ex. : mieux gérer votre stress, améliorer votre sommeil, retrouver confiance en vous]</w:t>
      </w:r>
      <w:r w:rsidRPr="006B70F2">
        <w:rPr>
          <w:rFonts w:ascii="Arial" w:hAnsi="Arial" w:cs="Arial"/>
          <w:noProof/>
          <w:color w:val="0F1115"/>
          <w:sz w:val="22"/>
          <w:szCs w:val="22"/>
        </w:rPr>
        <w:t xml:space="preserve">. </w:t>
      </w:r>
      <w:r w:rsidR="00EC4E6C">
        <w:rPr>
          <w:rFonts w:ascii="Arial" w:hAnsi="Arial" w:cs="Arial"/>
          <w:noProof/>
          <w:color w:val="0F1115"/>
          <w:sz w:val="22"/>
          <w:szCs w:val="22"/>
        </w:rPr>
        <w:t>J'adapte l</w:t>
      </w:r>
      <w:r w:rsidRPr="006B70F2">
        <w:rPr>
          <w:rFonts w:ascii="Arial" w:hAnsi="Arial" w:cs="Arial"/>
          <w:noProof/>
          <w:color w:val="0F1115"/>
          <w:sz w:val="22"/>
          <w:szCs w:val="22"/>
        </w:rPr>
        <w:t>es séances à vos besoins spécifiques.</w:t>
      </w:r>
    </w:p>
    <w:p w14:paraId="5E116541" w14:textId="77777777" w:rsidR="006B70F2" w:rsidRPr="006B70F2" w:rsidRDefault="00F17644" w:rsidP="006B70F2">
      <w:pPr>
        <w:spacing w:before="480" w:after="480"/>
        <w:rPr>
          <w:rFonts w:ascii="Arial" w:hAnsi="Arial" w:cs="Arial"/>
          <w:noProof/>
          <w:lang w:val="fr-FR"/>
        </w:rPr>
      </w:pPr>
      <w:r w:rsidRPr="00F17644">
        <w:rPr>
          <w:rFonts w:ascii="Arial" w:hAnsi="Arial" w:cs="Arial"/>
          <w:noProof/>
          <w:lang w:val="fr-FR"/>
        </w:rPr>
        <w:pict w14:anchorId="58DF43AF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5C664A66" w14:textId="5BD2EBC9" w:rsidR="006B70F2" w:rsidRPr="006B70F2" w:rsidRDefault="00EC4E6C" w:rsidP="006B70F2">
      <w:pPr>
        <w:pStyle w:val="Titre2"/>
        <w:shd w:val="clear" w:color="auto" w:fill="FFFFFF"/>
        <w:spacing w:before="480" w:after="240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>
        <w:rPr>
          <w:rFonts w:ascii="Arial" w:hAnsi="Arial" w:cs="Arial"/>
          <w:noProof/>
          <w:color w:val="0F1115"/>
          <w:sz w:val="22"/>
          <w:szCs w:val="22"/>
          <w:lang w:val="fr-FR"/>
        </w:rPr>
        <w:lastRenderedPageBreak/>
        <w:t>SECTION</w:t>
      </w:r>
      <w:r w:rsidRPr="006B70F2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 </w:t>
      </w:r>
      <w:r w:rsidR="006B70F2" w:rsidRPr="006B70F2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2 </w:t>
      </w:r>
      <w:r w:rsidR="00D34580">
        <w:rPr>
          <w:rFonts w:ascii="Arial" w:hAnsi="Arial" w:cs="Arial"/>
          <w:noProof/>
          <w:color w:val="0F1115"/>
          <w:sz w:val="22"/>
          <w:szCs w:val="22"/>
          <w:lang w:val="fr-FR"/>
        </w:rPr>
        <w:t>-</w:t>
      </w:r>
      <w:r w:rsidR="006B70F2" w:rsidRPr="006B70F2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 MODALITÉS ET TARIFS</w:t>
      </w:r>
    </w:p>
    <w:p w14:paraId="21AA25D1" w14:textId="77777777" w:rsidR="00EC4E6C" w:rsidRDefault="006B70F2" w:rsidP="00EC4E6C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</w:rPr>
      </w:pPr>
      <w:r w:rsidRPr="00EC4E6C">
        <w:rPr>
          <w:rStyle w:val="lev"/>
          <w:rFonts w:ascii="Arial" w:hAnsi="Arial" w:cs="Arial"/>
          <w:noProof/>
          <w:color w:val="0F1115"/>
          <w:lang w:val="fr-FR"/>
        </w:rPr>
        <w:t>Lieux d’intervention</w:t>
      </w:r>
      <w:r w:rsidRPr="00EC4E6C">
        <w:rPr>
          <w:rFonts w:ascii="Arial" w:hAnsi="Arial" w:cs="Arial"/>
          <w:noProof/>
          <w:color w:val="0F1115"/>
        </w:rPr>
        <w:t> </w:t>
      </w:r>
      <w:r w:rsidRPr="00EC4E6C">
        <w:rPr>
          <w:rFonts w:ascii="Arial" w:hAnsi="Arial" w:cs="Arial"/>
          <w:i/>
          <w:iCs/>
          <w:noProof/>
          <w:color w:val="365F91" w:themeColor="accent1" w:themeShade="BF"/>
        </w:rPr>
        <w:t>(sélectionnez vos options, supprimez les autres)</w:t>
      </w:r>
      <w:r w:rsidRPr="00EC4E6C">
        <w:rPr>
          <w:rFonts w:ascii="Arial" w:hAnsi="Arial" w:cs="Arial"/>
          <w:noProof/>
          <w:color w:val="365F91" w:themeColor="accent1" w:themeShade="BF"/>
        </w:rPr>
        <w:t xml:space="preserve"> </w:t>
      </w:r>
      <w:r w:rsidRPr="00EC4E6C">
        <w:rPr>
          <w:rFonts w:ascii="Arial" w:hAnsi="Arial" w:cs="Arial"/>
          <w:noProof/>
          <w:color w:val="0F1115"/>
        </w:rPr>
        <w:t>:</w:t>
      </w:r>
    </w:p>
    <w:p w14:paraId="64ED70F3" w14:textId="72CF20B5" w:rsidR="00EC4E6C" w:rsidRDefault="00D34580" w:rsidP="00EC4E6C">
      <w:pPr>
        <w:pStyle w:val="Sansinterligne"/>
        <w:numPr>
          <w:ilvl w:val="0"/>
          <w:numId w:val="16"/>
        </w:numPr>
        <w:spacing w:line="276" w:lineRule="auto"/>
        <w:ind w:left="0" w:hanging="142"/>
        <w:jc w:val="both"/>
        <w:rPr>
          <w:rFonts w:ascii="Arial" w:hAnsi="Arial" w:cs="Arial"/>
          <w:noProof/>
          <w:color w:val="0F1115"/>
        </w:rPr>
      </w:pPr>
      <w:r>
        <w:rPr>
          <w:rFonts w:ascii="Arial" w:hAnsi="Arial" w:cs="Arial"/>
          <w:noProof/>
          <w:color w:val="0F1115"/>
        </w:rPr>
        <w:t>À mon</w:t>
      </w:r>
      <w:r w:rsidR="006B70F2" w:rsidRPr="00EC4E6C">
        <w:rPr>
          <w:rFonts w:ascii="Arial" w:hAnsi="Arial" w:cs="Arial"/>
          <w:noProof/>
          <w:color w:val="0F1115"/>
        </w:rPr>
        <w:t xml:space="preserve"> cabinet : </w:t>
      </w:r>
      <w:r w:rsidR="006B70F2" w:rsidRPr="00D34580">
        <w:rPr>
          <w:rFonts w:ascii="Arial" w:hAnsi="Arial" w:cs="Arial"/>
          <w:noProof/>
          <w:color w:val="0F1115"/>
          <w:highlight w:val="yellow"/>
        </w:rPr>
        <w:t>[adresse complète]</w:t>
      </w:r>
    </w:p>
    <w:p w14:paraId="6E87644B" w14:textId="5E9E7760" w:rsidR="00EC4E6C" w:rsidRDefault="006B70F2" w:rsidP="00EC4E6C">
      <w:pPr>
        <w:pStyle w:val="Sansinterligne"/>
        <w:numPr>
          <w:ilvl w:val="0"/>
          <w:numId w:val="16"/>
        </w:numPr>
        <w:spacing w:line="276" w:lineRule="auto"/>
        <w:ind w:left="0" w:hanging="142"/>
        <w:jc w:val="both"/>
        <w:rPr>
          <w:rFonts w:ascii="Arial" w:hAnsi="Arial" w:cs="Arial"/>
          <w:noProof/>
          <w:color w:val="0F1115"/>
        </w:rPr>
      </w:pPr>
      <w:r w:rsidRPr="00EC4E6C">
        <w:rPr>
          <w:rFonts w:ascii="Arial" w:hAnsi="Arial" w:cs="Arial"/>
          <w:noProof/>
          <w:color w:val="0F1115"/>
        </w:rPr>
        <w:t>À domicile : dans un rayon de [</w:t>
      </w:r>
      <w:r w:rsidRPr="00D34580">
        <w:rPr>
          <w:rFonts w:ascii="Arial" w:hAnsi="Arial" w:cs="Arial"/>
          <w:noProof/>
          <w:color w:val="0F1115"/>
          <w:highlight w:val="yellow"/>
        </w:rPr>
        <w:t>X] km autour de [ville]</w:t>
      </w:r>
      <w:r w:rsidRPr="00EC4E6C">
        <w:rPr>
          <w:rFonts w:ascii="Arial" w:hAnsi="Arial" w:cs="Arial"/>
          <w:noProof/>
          <w:color w:val="0F1115"/>
        </w:rPr>
        <w:t xml:space="preserve"> </w:t>
      </w:r>
      <w:r w:rsidR="00D34580">
        <w:rPr>
          <w:rFonts w:ascii="Arial" w:hAnsi="Arial" w:cs="Arial"/>
          <w:noProof/>
          <w:color w:val="0F1115"/>
        </w:rPr>
        <w:t>-</w:t>
      </w:r>
      <w:r w:rsidRPr="00EC4E6C">
        <w:rPr>
          <w:rFonts w:ascii="Arial" w:hAnsi="Arial" w:cs="Arial"/>
          <w:noProof/>
          <w:color w:val="0F1115"/>
        </w:rPr>
        <w:t xml:space="preserve"> [frais de déplacement inclus / en supplément]</w:t>
      </w:r>
    </w:p>
    <w:p w14:paraId="046DF019" w14:textId="15516474" w:rsidR="006B70F2" w:rsidRPr="00EC4E6C" w:rsidRDefault="006B70F2" w:rsidP="00EC4E6C">
      <w:pPr>
        <w:pStyle w:val="Sansinterligne"/>
        <w:numPr>
          <w:ilvl w:val="0"/>
          <w:numId w:val="16"/>
        </w:numPr>
        <w:spacing w:line="276" w:lineRule="auto"/>
        <w:ind w:left="0" w:hanging="142"/>
        <w:jc w:val="both"/>
        <w:rPr>
          <w:rFonts w:ascii="Arial" w:hAnsi="Arial" w:cs="Arial"/>
          <w:noProof/>
          <w:color w:val="0F1115"/>
        </w:rPr>
      </w:pPr>
      <w:r w:rsidRPr="00EC4E6C">
        <w:rPr>
          <w:rFonts w:ascii="Arial" w:hAnsi="Arial" w:cs="Arial"/>
          <w:noProof/>
          <w:color w:val="0F1115"/>
        </w:rPr>
        <w:t>En visioconférence : via [Zoom / Google Meet / autre]</w:t>
      </w:r>
    </w:p>
    <w:p w14:paraId="647AC1C4" w14:textId="77777777" w:rsidR="00EC4E6C" w:rsidRDefault="00EC4E6C" w:rsidP="00EC4E6C">
      <w:pPr>
        <w:pStyle w:val="Sansinterligne"/>
        <w:spacing w:line="276" w:lineRule="auto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08A09B5E" w14:textId="5B1F8D40" w:rsidR="006B70F2" w:rsidRPr="00EC4E6C" w:rsidRDefault="006B70F2" w:rsidP="00EC4E6C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</w:rPr>
      </w:pPr>
      <w:r w:rsidRPr="00EC4E6C">
        <w:rPr>
          <w:rStyle w:val="lev"/>
          <w:rFonts w:ascii="Arial" w:hAnsi="Arial" w:cs="Arial"/>
          <w:noProof/>
          <w:color w:val="0F1115"/>
          <w:lang w:val="fr-FR"/>
        </w:rPr>
        <w:t>Prestations et tarifs</w:t>
      </w:r>
      <w:r w:rsidRPr="00EC4E6C">
        <w:rPr>
          <w:rFonts w:ascii="Arial" w:hAnsi="Arial" w:cs="Arial"/>
          <w:noProof/>
          <w:color w:val="0F1115"/>
        </w:rPr>
        <w:t> 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8"/>
        <w:gridCol w:w="2846"/>
        <w:gridCol w:w="1996"/>
      </w:tblGrid>
      <w:tr w:rsidR="006B70F2" w:rsidRPr="00EC4E6C" w14:paraId="51EFCB05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75260A" w14:textId="77F6E0A0" w:rsidR="006B70F2" w:rsidRPr="00EC4E6C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</w:rPr>
            </w:pPr>
            <w:r w:rsidRPr="00EC4E6C">
              <w:rPr>
                <w:rFonts w:ascii="Arial" w:hAnsi="Arial" w:cs="Arial"/>
                <w:noProof/>
              </w:rPr>
              <w:t>Prestation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410CA5" w14:textId="77777777" w:rsidR="006B70F2" w:rsidRPr="00EC4E6C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</w:rPr>
            </w:pPr>
            <w:r w:rsidRPr="00EC4E6C">
              <w:rPr>
                <w:rFonts w:ascii="Arial" w:hAnsi="Arial" w:cs="Arial"/>
                <w:noProof/>
              </w:rPr>
              <w:t>Durée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8F0CED" w14:textId="77777777" w:rsidR="006B70F2" w:rsidRPr="00EC4E6C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</w:rPr>
            </w:pPr>
            <w:r w:rsidRPr="00EC4E6C">
              <w:rPr>
                <w:rFonts w:ascii="Arial" w:hAnsi="Arial" w:cs="Arial"/>
                <w:noProof/>
              </w:rPr>
              <w:t>Tarif</w:t>
            </w:r>
          </w:p>
        </w:tc>
      </w:tr>
      <w:tr w:rsidR="006B70F2" w:rsidRPr="00EC4E6C" w14:paraId="1966CBF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4C6072" w14:textId="77777777" w:rsidR="006B70F2" w:rsidRPr="00EC4E6C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</w:rPr>
            </w:pPr>
            <w:r w:rsidRPr="00EC4E6C">
              <w:rPr>
                <w:rFonts w:ascii="Arial" w:hAnsi="Arial" w:cs="Arial"/>
                <w:noProof/>
              </w:rPr>
              <w:t>Séance d’hypnose (cabinet)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1CE941" w14:textId="77777777" w:rsidR="006B70F2" w:rsidRPr="00D34580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  <w:highlight w:val="yellow"/>
              </w:rPr>
            </w:pPr>
            <w:r w:rsidRPr="00D34580">
              <w:rPr>
                <w:rFonts w:ascii="Arial" w:hAnsi="Arial" w:cs="Arial"/>
                <w:noProof/>
                <w:highlight w:val="yellow"/>
              </w:rPr>
              <w:t>[XX] min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2D3569" w14:textId="77777777" w:rsidR="006B70F2" w:rsidRPr="00D34580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  <w:highlight w:val="yellow"/>
              </w:rPr>
            </w:pPr>
            <w:r w:rsidRPr="00D34580">
              <w:rPr>
                <w:rFonts w:ascii="Arial" w:hAnsi="Arial" w:cs="Arial"/>
                <w:noProof/>
                <w:highlight w:val="yellow"/>
              </w:rPr>
              <w:t>[XX] €</w:t>
            </w:r>
          </w:p>
        </w:tc>
      </w:tr>
      <w:tr w:rsidR="006B70F2" w:rsidRPr="00EC4E6C" w14:paraId="6CED8B3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ABC63B" w14:textId="77777777" w:rsidR="006B70F2" w:rsidRPr="00EC4E6C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</w:rPr>
            </w:pPr>
            <w:r w:rsidRPr="00EC4E6C">
              <w:rPr>
                <w:rFonts w:ascii="Arial" w:hAnsi="Arial" w:cs="Arial"/>
                <w:noProof/>
              </w:rPr>
              <w:t>Séance à domicile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E096CF" w14:textId="77777777" w:rsidR="006B70F2" w:rsidRPr="00D34580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  <w:highlight w:val="yellow"/>
              </w:rPr>
            </w:pPr>
            <w:r w:rsidRPr="00D34580">
              <w:rPr>
                <w:rFonts w:ascii="Arial" w:hAnsi="Arial" w:cs="Arial"/>
                <w:noProof/>
                <w:highlight w:val="yellow"/>
              </w:rPr>
              <w:t>[XX] min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0640B7" w14:textId="77777777" w:rsidR="006B70F2" w:rsidRPr="00D34580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  <w:highlight w:val="yellow"/>
              </w:rPr>
            </w:pPr>
            <w:r w:rsidRPr="00D34580">
              <w:rPr>
                <w:rFonts w:ascii="Arial" w:hAnsi="Arial" w:cs="Arial"/>
                <w:noProof/>
                <w:highlight w:val="yellow"/>
              </w:rPr>
              <w:t>[XX] €</w:t>
            </w:r>
          </w:p>
        </w:tc>
      </w:tr>
      <w:tr w:rsidR="006B70F2" w:rsidRPr="00EC4E6C" w14:paraId="5FA9EE6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01A10D" w14:textId="77777777" w:rsidR="006B70F2" w:rsidRPr="00EC4E6C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</w:rPr>
            </w:pPr>
            <w:r w:rsidRPr="00EC4E6C">
              <w:rPr>
                <w:rFonts w:ascii="Arial" w:hAnsi="Arial" w:cs="Arial"/>
                <w:noProof/>
              </w:rPr>
              <w:t>Séance en visio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8C703A" w14:textId="77777777" w:rsidR="006B70F2" w:rsidRPr="00D34580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  <w:highlight w:val="yellow"/>
              </w:rPr>
            </w:pPr>
            <w:r w:rsidRPr="00D34580">
              <w:rPr>
                <w:rFonts w:ascii="Arial" w:hAnsi="Arial" w:cs="Arial"/>
                <w:noProof/>
                <w:highlight w:val="yellow"/>
              </w:rPr>
              <w:t>[XX] min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BA2853" w14:textId="77777777" w:rsidR="006B70F2" w:rsidRPr="00D34580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  <w:highlight w:val="yellow"/>
              </w:rPr>
            </w:pPr>
            <w:r w:rsidRPr="00D34580">
              <w:rPr>
                <w:rFonts w:ascii="Arial" w:hAnsi="Arial" w:cs="Arial"/>
                <w:noProof/>
                <w:highlight w:val="yellow"/>
              </w:rPr>
              <w:t>[XX] €</w:t>
            </w:r>
          </w:p>
        </w:tc>
      </w:tr>
      <w:tr w:rsidR="006B70F2" w:rsidRPr="00EC4E6C" w14:paraId="6C54C9E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2B3DEF" w14:textId="77777777" w:rsidR="006B70F2" w:rsidRPr="00EC4E6C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</w:rPr>
            </w:pPr>
            <w:r w:rsidRPr="00EC4E6C">
              <w:rPr>
                <w:rFonts w:ascii="Arial" w:hAnsi="Arial" w:cs="Arial"/>
                <w:noProof/>
              </w:rPr>
              <w:t xml:space="preserve">Forfait </w:t>
            </w:r>
            <w:r w:rsidRPr="00D34580">
              <w:rPr>
                <w:rFonts w:ascii="Arial" w:hAnsi="Arial" w:cs="Arial"/>
                <w:noProof/>
                <w:highlight w:val="yellow"/>
              </w:rPr>
              <w:t>[X]</w:t>
            </w:r>
            <w:r w:rsidRPr="00EC4E6C">
              <w:rPr>
                <w:rFonts w:ascii="Arial" w:hAnsi="Arial" w:cs="Arial"/>
                <w:noProof/>
              </w:rPr>
              <w:t xml:space="preserve"> séances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F3B7DE" w14:textId="77777777" w:rsidR="006B70F2" w:rsidRPr="00EC4E6C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</w:rPr>
            </w:pPr>
            <w:r w:rsidRPr="00EC4E6C">
              <w:rPr>
                <w:rFonts w:ascii="Arial" w:hAnsi="Arial" w:cs="Arial"/>
                <w:noProof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E18269" w14:textId="77777777" w:rsidR="006B70F2" w:rsidRPr="00D34580" w:rsidRDefault="006B70F2" w:rsidP="00EC4E6C">
            <w:pPr>
              <w:pStyle w:val="Sansinterligne"/>
              <w:spacing w:line="276" w:lineRule="auto"/>
              <w:jc w:val="both"/>
              <w:rPr>
                <w:rFonts w:ascii="Arial" w:hAnsi="Arial" w:cs="Arial"/>
                <w:noProof/>
                <w:highlight w:val="yellow"/>
              </w:rPr>
            </w:pPr>
            <w:r w:rsidRPr="00D34580">
              <w:rPr>
                <w:rFonts w:ascii="Arial" w:hAnsi="Arial" w:cs="Arial"/>
                <w:noProof/>
                <w:highlight w:val="yellow"/>
              </w:rPr>
              <w:t>[XX] €</w:t>
            </w:r>
          </w:p>
        </w:tc>
      </w:tr>
    </w:tbl>
    <w:p w14:paraId="36B564AA" w14:textId="78C4DA1F" w:rsidR="006B70F2" w:rsidRPr="00D34580" w:rsidRDefault="006B70F2" w:rsidP="00D34580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Style w:val="lev"/>
          <w:rFonts w:ascii="Arial" w:hAnsi="Arial" w:cs="Arial"/>
          <w:noProof/>
          <w:color w:val="0F1115"/>
          <w:sz w:val="22"/>
          <w:szCs w:val="22"/>
        </w:rPr>
        <w:t>Moyens de paiement acceptés</w:t>
      </w:r>
      <w:r w:rsidRPr="006B70F2">
        <w:rPr>
          <w:rFonts w:ascii="Arial" w:hAnsi="Arial" w:cs="Arial"/>
          <w:noProof/>
          <w:color w:val="0F1115"/>
          <w:sz w:val="22"/>
          <w:szCs w:val="22"/>
        </w:rPr>
        <w:t> : [espèces / chèque / carte bancaire / virement]</w:t>
      </w:r>
    </w:p>
    <w:p w14:paraId="67E3AAF7" w14:textId="4660BF47" w:rsidR="006B70F2" w:rsidRPr="006B70F2" w:rsidRDefault="00EC4E6C" w:rsidP="006B70F2">
      <w:pPr>
        <w:pStyle w:val="Titre2"/>
        <w:shd w:val="clear" w:color="auto" w:fill="FFFFFF"/>
        <w:spacing w:before="480" w:after="240"/>
        <w:rPr>
          <w:rFonts w:ascii="Arial" w:hAnsi="Arial" w:cs="Arial"/>
          <w:b w:val="0"/>
          <w:bCs w:val="0"/>
          <w:i/>
          <w:iCs/>
          <w:noProof/>
          <w:color w:val="365F91" w:themeColor="accent1" w:themeShade="BF"/>
          <w:sz w:val="22"/>
          <w:szCs w:val="22"/>
          <w:lang w:val="fr-FR"/>
        </w:rPr>
      </w:pPr>
      <w:r>
        <w:rPr>
          <w:rFonts w:ascii="Arial" w:hAnsi="Arial" w:cs="Arial"/>
          <w:noProof/>
          <w:color w:val="0F1115"/>
          <w:sz w:val="22"/>
          <w:szCs w:val="22"/>
          <w:lang w:val="fr-FR"/>
        </w:rPr>
        <w:t>SECTION</w:t>
      </w:r>
      <w:r w:rsidRPr="006B70F2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 </w:t>
      </w:r>
      <w:r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3 </w:t>
      </w:r>
      <w:r w:rsidR="00443F41">
        <w:rPr>
          <w:rFonts w:ascii="Arial" w:hAnsi="Arial" w:cs="Arial"/>
          <w:noProof/>
          <w:color w:val="0F1115"/>
          <w:sz w:val="22"/>
          <w:szCs w:val="22"/>
          <w:lang w:val="fr-FR"/>
        </w:rPr>
        <w:t>-</w:t>
      </w:r>
      <w:r w:rsidR="006B70F2" w:rsidRPr="006B70F2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 CONDITIONS D’ANNULATION </w:t>
      </w:r>
      <w:r w:rsidR="00D34580">
        <w:rPr>
          <w:rFonts w:ascii="Arial" w:hAnsi="Arial" w:cs="Arial"/>
          <w:b w:val="0"/>
          <w:bCs w:val="0"/>
          <w:i/>
          <w:iCs/>
          <w:noProof/>
          <w:color w:val="365F91" w:themeColor="accent1" w:themeShade="BF"/>
          <w:sz w:val="22"/>
          <w:szCs w:val="22"/>
          <w:lang w:val="fr-FR"/>
        </w:rPr>
        <w:t>reportez ce</w:t>
      </w:r>
      <w:r w:rsidR="006B70F2">
        <w:rPr>
          <w:rFonts w:ascii="Arial" w:hAnsi="Arial" w:cs="Arial"/>
          <w:b w:val="0"/>
          <w:bCs w:val="0"/>
          <w:i/>
          <w:iCs/>
          <w:noProof/>
          <w:color w:val="365F91" w:themeColor="accent1" w:themeShade="BF"/>
          <w:sz w:val="22"/>
          <w:szCs w:val="22"/>
          <w:lang w:val="fr-FR"/>
        </w:rPr>
        <w:t xml:space="preserve"> que vous avez prévu dans vo</w:t>
      </w:r>
      <w:r w:rsidR="006B70F2" w:rsidRPr="006B70F2">
        <w:rPr>
          <w:rFonts w:ascii="Arial" w:hAnsi="Arial" w:cs="Arial"/>
          <w:b w:val="0"/>
          <w:bCs w:val="0"/>
          <w:i/>
          <w:iCs/>
          <w:noProof/>
          <w:color w:val="365F91" w:themeColor="accent1" w:themeShade="BF"/>
          <w:sz w:val="22"/>
          <w:szCs w:val="22"/>
          <w:lang w:val="fr-FR"/>
        </w:rPr>
        <w:t>s CGV</w:t>
      </w:r>
    </w:p>
    <w:p w14:paraId="2422C470" w14:textId="77777777" w:rsidR="006B70F2" w:rsidRPr="006B70F2" w:rsidRDefault="006B70F2" w:rsidP="00D34580">
      <w:pPr>
        <w:pStyle w:val="ds-markdown-paragraph"/>
        <w:numPr>
          <w:ilvl w:val="0"/>
          <w:numId w:val="12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Fonts w:ascii="Arial" w:hAnsi="Arial" w:cs="Arial"/>
          <w:noProof/>
          <w:color w:val="0F1115"/>
          <w:sz w:val="22"/>
          <w:szCs w:val="22"/>
        </w:rPr>
        <w:t xml:space="preserve">Plus de </w:t>
      </w:r>
      <w:r w:rsidRPr="00D34580">
        <w:rPr>
          <w:rFonts w:ascii="Arial" w:hAnsi="Arial" w:cs="Arial"/>
          <w:noProof/>
          <w:color w:val="0F1115"/>
          <w:sz w:val="22"/>
          <w:szCs w:val="22"/>
          <w:highlight w:val="yellow"/>
        </w:rPr>
        <w:t>[48h]</w:t>
      </w:r>
      <w:r w:rsidRPr="006B70F2">
        <w:rPr>
          <w:rFonts w:ascii="Arial" w:hAnsi="Arial" w:cs="Arial"/>
          <w:noProof/>
          <w:color w:val="0F1115"/>
          <w:sz w:val="22"/>
          <w:szCs w:val="22"/>
        </w:rPr>
        <w:t xml:space="preserve"> avant la séance : report gratuit sans frais</w:t>
      </w:r>
    </w:p>
    <w:p w14:paraId="64D6B615" w14:textId="77777777" w:rsidR="006B70F2" w:rsidRPr="006B70F2" w:rsidRDefault="006B70F2" w:rsidP="00D34580">
      <w:pPr>
        <w:pStyle w:val="ds-markdown-paragraph"/>
        <w:numPr>
          <w:ilvl w:val="0"/>
          <w:numId w:val="12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Fonts w:ascii="Arial" w:hAnsi="Arial" w:cs="Arial"/>
          <w:noProof/>
          <w:color w:val="0F1115"/>
          <w:sz w:val="22"/>
          <w:szCs w:val="22"/>
        </w:rPr>
        <w:t>Entre [</w:t>
      </w:r>
      <w:r w:rsidRPr="00D34580">
        <w:rPr>
          <w:rFonts w:ascii="Arial" w:hAnsi="Arial" w:cs="Arial"/>
          <w:noProof/>
          <w:color w:val="0F1115"/>
          <w:sz w:val="22"/>
          <w:szCs w:val="22"/>
          <w:highlight w:val="yellow"/>
        </w:rPr>
        <w:t>24h et 48h]</w:t>
      </w:r>
      <w:r w:rsidRPr="006B70F2">
        <w:rPr>
          <w:rFonts w:ascii="Arial" w:hAnsi="Arial" w:cs="Arial"/>
          <w:noProof/>
          <w:color w:val="0F1115"/>
          <w:sz w:val="22"/>
          <w:szCs w:val="22"/>
        </w:rPr>
        <w:t xml:space="preserve"> : facturation de [50] % du tarif</w:t>
      </w:r>
    </w:p>
    <w:p w14:paraId="1C1422B7" w14:textId="77777777" w:rsidR="006B70F2" w:rsidRPr="006B70F2" w:rsidRDefault="006B70F2" w:rsidP="00D34580">
      <w:pPr>
        <w:pStyle w:val="ds-markdown-paragraph"/>
        <w:numPr>
          <w:ilvl w:val="0"/>
          <w:numId w:val="12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Fonts w:ascii="Arial" w:hAnsi="Arial" w:cs="Arial"/>
          <w:noProof/>
          <w:color w:val="0F1115"/>
          <w:sz w:val="22"/>
          <w:szCs w:val="22"/>
        </w:rPr>
        <w:t xml:space="preserve">Moins de </w:t>
      </w:r>
      <w:r w:rsidRPr="00D34580">
        <w:rPr>
          <w:rFonts w:ascii="Arial" w:hAnsi="Arial" w:cs="Arial"/>
          <w:noProof/>
          <w:color w:val="0F1115"/>
          <w:sz w:val="22"/>
          <w:szCs w:val="22"/>
          <w:highlight w:val="yellow"/>
        </w:rPr>
        <w:t>[24h]</w:t>
      </w:r>
      <w:r w:rsidRPr="006B70F2">
        <w:rPr>
          <w:rFonts w:ascii="Arial" w:hAnsi="Arial" w:cs="Arial"/>
          <w:noProof/>
          <w:color w:val="0F1115"/>
          <w:sz w:val="22"/>
          <w:szCs w:val="22"/>
        </w:rPr>
        <w:t xml:space="preserve"> ou absence : facturation de 100 % du tarif</w:t>
      </w:r>
    </w:p>
    <w:p w14:paraId="372A3C71" w14:textId="39D02AB8" w:rsidR="006B70F2" w:rsidRPr="00D34580" w:rsidRDefault="006B70F2" w:rsidP="00D34580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Style w:val="Accentuation"/>
          <w:rFonts w:ascii="Arial" w:hAnsi="Arial" w:cs="Arial"/>
          <w:noProof/>
          <w:color w:val="0F1115"/>
          <w:sz w:val="22"/>
          <w:szCs w:val="22"/>
        </w:rPr>
        <w:t>Ces conditions sont détaillées dans les Conditions Générales de Vente qui vous seront envoyées après réservation.</w:t>
      </w:r>
    </w:p>
    <w:p w14:paraId="6A5D7D23" w14:textId="1E0A835F" w:rsidR="006B70F2" w:rsidRPr="006B70F2" w:rsidRDefault="00EC4E6C" w:rsidP="006B70F2">
      <w:pPr>
        <w:pStyle w:val="Titre2"/>
        <w:shd w:val="clear" w:color="auto" w:fill="FFFFFF"/>
        <w:spacing w:before="480" w:after="240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>
        <w:rPr>
          <w:rFonts w:ascii="Arial" w:hAnsi="Arial" w:cs="Arial"/>
          <w:noProof/>
          <w:color w:val="0F1115"/>
          <w:sz w:val="22"/>
          <w:szCs w:val="22"/>
          <w:lang w:val="fr-FR"/>
        </w:rPr>
        <w:t>SECTION</w:t>
      </w:r>
      <w:r w:rsidR="006B70F2" w:rsidRPr="006B70F2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 4 </w:t>
      </w:r>
      <w:r w:rsidR="00443F41">
        <w:rPr>
          <w:rFonts w:ascii="Arial" w:hAnsi="Arial" w:cs="Arial"/>
          <w:noProof/>
          <w:color w:val="0F1115"/>
          <w:sz w:val="22"/>
          <w:szCs w:val="22"/>
          <w:lang w:val="fr-FR"/>
        </w:rPr>
        <w:t>-</w:t>
      </w:r>
      <w:r w:rsidR="006B70F2" w:rsidRPr="006B70F2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 INFORMATIONS JURIDIQUES OBLIGATOIRES</w:t>
      </w:r>
    </w:p>
    <w:p w14:paraId="1F968980" w14:textId="77777777" w:rsidR="006B70F2" w:rsidRPr="006B70F2" w:rsidRDefault="006B70F2" w:rsidP="006B70F2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Style w:val="lev"/>
          <w:rFonts w:ascii="Arial" w:hAnsi="Arial" w:cs="Arial"/>
          <w:noProof/>
          <w:color w:val="0F1115"/>
          <w:sz w:val="22"/>
          <w:szCs w:val="22"/>
        </w:rPr>
        <w:t>Droit de rétractation</w:t>
      </w:r>
      <w:r w:rsidRPr="006B70F2">
        <w:rPr>
          <w:rFonts w:ascii="Arial" w:hAnsi="Arial" w:cs="Arial"/>
          <w:noProof/>
          <w:color w:val="0F1115"/>
          <w:sz w:val="22"/>
          <w:szCs w:val="22"/>
        </w:rPr>
        <w:t> (art. L221-18 et suivants du Code de la consommation)</w:t>
      </w:r>
      <w:r w:rsidRPr="006B70F2">
        <w:rPr>
          <w:rFonts w:ascii="Arial" w:hAnsi="Arial" w:cs="Arial"/>
          <w:noProof/>
          <w:color w:val="0F1115"/>
          <w:sz w:val="22"/>
          <w:szCs w:val="22"/>
        </w:rPr>
        <w:br/>
        <w:t>Vous disposez d’un délai de 14 jours à compter de votre réservation pour exercer votre droit de rétractation, sans avoir à vous justifier.</w:t>
      </w:r>
    </w:p>
    <w:p w14:paraId="6D25A88C" w14:textId="5784CAAB" w:rsidR="006B70F2" w:rsidRPr="006B70F2" w:rsidRDefault="006B70F2" w:rsidP="006B70F2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Fonts w:ascii="Arial" w:hAnsi="Arial" w:cs="Arial"/>
          <w:noProof/>
          <w:color w:val="0F1115"/>
          <w:sz w:val="22"/>
          <w:szCs w:val="22"/>
        </w:rPr>
        <w:t>Si votre séance a lieu moins de 14 jours après votre réservation : vous devrez </w:t>
      </w:r>
      <w:r w:rsidRPr="006B70F2">
        <w:rPr>
          <w:rStyle w:val="lev"/>
          <w:rFonts w:ascii="Arial" w:hAnsi="Arial" w:cs="Arial"/>
          <w:b w:val="0"/>
          <w:bCs w:val="0"/>
          <w:noProof/>
          <w:color w:val="0F1115"/>
          <w:sz w:val="22"/>
          <w:szCs w:val="22"/>
        </w:rPr>
        <w:t>renoncer expressément</w:t>
      </w:r>
      <w:r w:rsidRPr="006B70F2">
        <w:rPr>
          <w:rFonts w:ascii="Arial" w:hAnsi="Arial" w:cs="Arial"/>
          <w:b/>
          <w:bCs/>
          <w:noProof/>
          <w:color w:val="0F1115"/>
          <w:sz w:val="22"/>
          <w:szCs w:val="22"/>
        </w:rPr>
        <w:t> </w:t>
      </w:r>
      <w:r w:rsidRPr="006B70F2">
        <w:rPr>
          <w:rFonts w:ascii="Arial" w:hAnsi="Arial" w:cs="Arial"/>
          <w:noProof/>
          <w:color w:val="0F1115"/>
          <w:sz w:val="22"/>
          <w:szCs w:val="22"/>
        </w:rPr>
        <w:t>à votre droit de rétractation par email. Une fois la séance entièrement réalisée, vous ne pourrez plus exercer ce droit.</w:t>
      </w:r>
    </w:p>
    <w:p w14:paraId="58BFF3C6" w14:textId="7E99EB60" w:rsidR="006B70F2" w:rsidRPr="006B70F2" w:rsidRDefault="006B70F2" w:rsidP="006B70F2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Style w:val="lev"/>
          <w:rFonts w:ascii="Arial" w:hAnsi="Arial" w:cs="Arial"/>
          <w:noProof/>
          <w:color w:val="0F1115"/>
          <w:sz w:val="22"/>
          <w:szCs w:val="22"/>
        </w:rPr>
        <w:t>Médiateur de la consommation</w:t>
      </w:r>
      <w:r w:rsidRPr="006B70F2">
        <w:rPr>
          <w:rFonts w:ascii="Arial" w:hAnsi="Arial" w:cs="Arial"/>
          <w:noProof/>
          <w:color w:val="0F1115"/>
          <w:sz w:val="22"/>
          <w:szCs w:val="22"/>
        </w:rPr>
        <w:br/>
        <w:t>En cas de litige non résolu, vous pouvez recourir gratuitement à la médiation de la consommation auprès de :</w:t>
      </w:r>
      <w:r w:rsidRPr="006B70F2">
        <w:rPr>
          <w:rFonts w:ascii="Arial" w:hAnsi="Arial" w:cs="Arial"/>
          <w:noProof/>
          <w:color w:val="0F1115"/>
          <w:sz w:val="22"/>
          <w:szCs w:val="22"/>
        </w:rPr>
        <w:br/>
      </w:r>
      <w:r w:rsidRPr="00D34580">
        <w:rPr>
          <w:rFonts w:ascii="Arial" w:hAnsi="Arial" w:cs="Arial"/>
          <w:noProof/>
          <w:color w:val="0F1115"/>
          <w:sz w:val="22"/>
          <w:szCs w:val="22"/>
          <w:highlight w:val="yellow"/>
        </w:rPr>
        <w:t>[Nom du médiateur – ex. : CM2C]</w:t>
      </w:r>
      <w:r w:rsidRPr="00D34580">
        <w:rPr>
          <w:rFonts w:ascii="Arial" w:hAnsi="Arial" w:cs="Arial"/>
          <w:noProof/>
          <w:color w:val="0F1115"/>
          <w:sz w:val="22"/>
          <w:szCs w:val="22"/>
          <w:highlight w:val="yellow"/>
        </w:rPr>
        <w:br/>
        <w:t xml:space="preserve">[Site internet  </w:t>
      </w:r>
      <w:r w:rsidR="00D34580">
        <w:rPr>
          <w:rFonts w:ascii="Arial" w:hAnsi="Arial" w:cs="Arial"/>
          <w:noProof/>
          <w:color w:val="0F1115"/>
          <w:sz w:val="22"/>
          <w:szCs w:val="22"/>
          <w:highlight w:val="yellow"/>
        </w:rPr>
        <w:t>: XXXXX</w:t>
      </w:r>
      <w:r w:rsidR="008B1701" w:rsidRPr="00D34580">
        <w:rPr>
          <w:rFonts w:ascii="Arial" w:hAnsi="Arial" w:cs="Arial"/>
          <w:noProof/>
          <w:color w:val="0F1115"/>
          <w:sz w:val="22"/>
          <w:szCs w:val="22"/>
          <w:highlight w:val="yellow"/>
        </w:rPr>
        <w:t>]</w:t>
      </w:r>
    </w:p>
    <w:p w14:paraId="7FB0429C" w14:textId="6388E560" w:rsidR="006B70F2" w:rsidRPr="00D34580" w:rsidRDefault="006B70F2" w:rsidP="00D34580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Style w:val="lev"/>
          <w:rFonts w:ascii="Arial" w:hAnsi="Arial" w:cs="Arial"/>
          <w:noProof/>
          <w:color w:val="0F1115"/>
          <w:sz w:val="22"/>
          <w:szCs w:val="22"/>
        </w:rPr>
        <w:lastRenderedPageBreak/>
        <w:t>Données personnelles (RGPD)</w:t>
      </w:r>
      <w:r w:rsidRPr="006B70F2">
        <w:rPr>
          <w:rFonts w:ascii="Arial" w:hAnsi="Arial" w:cs="Arial"/>
          <w:noProof/>
          <w:color w:val="0F1115"/>
          <w:sz w:val="22"/>
          <w:szCs w:val="22"/>
        </w:rPr>
        <w:br/>
      </w:r>
      <w:r w:rsidRPr="008B1701">
        <w:rPr>
          <w:rFonts w:ascii="Arial" w:hAnsi="Arial" w:cs="Arial"/>
          <w:noProof/>
          <w:color w:val="0F1115"/>
          <w:sz w:val="22"/>
          <w:szCs w:val="22"/>
        </w:rPr>
        <w:t xml:space="preserve">Vos données sont traitées conformément au RGPD. Elles sont conservées </w:t>
      </w:r>
      <w:r w:rsidRPr="00D34580">
        <w:rPr>
          <w:rFonts w:ascii="Arial" w:hAnsi="Arial" w:cs="Arial"/>
          <w:noProof/>
          <w:color w:val="0F1115"/>
          <w:sz w:val="22"/>
          <w:szCs w:val="22"/>
          <w:highlight w:val="yellow"/>
        </w:rPr>
        <w:t>[3 ans / 5 ans</w:t>
      </w:r>
      <w:r w:rsidR="008B1701" w:rsidRPr="008B1701">
        <w:rPr>
          <w:rFonts w:ascii="Arial" w:hAnsi="Arial" w:cs="Arial"/>
          <w:noProof/>
          <w:color w:val="0F1115"/>
          <w:sz w:val="22"/>
          <w:szCs w:val="22"/>
        </w:rPr>
        <w:t xml:space="preserve"> </w:t>
      </w:r>
      <w:r w:rsidR="008B1701" w:rsidRPr="008B1701">
        <w:rPr>
          <w:rFonts w:ascii="Arial" w:hAnsi="Arial" w:cs="Arial"/>
          <w:i/>
          <w:iCs/>
          <w:noProof/>
          <w:color w:val="365F91" w:themeColor="accent1" w:themeShade="BF"/>
          <w:sz w:val="22"/>
          <w:szCs w:val="22"/>
        </w:rPr>
        <w:t xml:space="preserve">la durée doit être celle déterminée dans votre registre des activités de traitement - </w:t>
      </w:r>
      <w:r w:rsidR="008B1701" w:rsidRPr="008B1701">
        <w:rPr>
          <w:rFonts w:ascii="Arial" w:hAnsi="Arial" w:cs="Arial"/>
          <w:i/>
          <w:iCs/>
          <w:color w:val="365F91" w:themeColor="accent1" w:themeShade="BF"/>
          <w:sz w:val="22"/>
          <w:szCs w:val="22"/>
          <w:shd w:val="clear" w:color="auto" w:fill="FFFFFF"/>
        </w:rPr>
        <w:t xml:space="preserve">Fiche 2 </w:t>
      </w:r>
      <w:r w:rsidR="008B1701">
        <w:rPr>
          <w:rFonts w:ascii="Arial" w:hAnsi="Arial" w:cs="Arial"/>
          <w:i/>
          <w:iCs/>
          <w:color w:val="365F91" w:themeColor="accent1" w:themeShade="BF"/>
          <w:sz w:val="22"/>
          <w:szCs w:val="22"/>
          <w:shd w:val="clear" w:color="auto" w:fill="FFFFFF"/>
        </w:rPr>
        <w:t>:</w:t>
      </w:r>
      <w:r w:rsidR="008B1701" w:rsidRPr="008B1701">
        <w:rPr>
          <w:rFonts w:ascii="Arial" w:hAnsi="Arial" w:cs="Arial"/>
          <w:i/>
          <w:iCs/>
          <w:color w:val="365F91" w:themeColor="accent1" w:themeShade="BF"/>
          <w:sz w:val="22"/>
          <w:szCs w:val="22"/>
          <w:shd w:val="clear" w:color="auto" w:fill="FFFFFF"/>
        </w:rPr>
        <w:t xml:space="preserve"> Dossiers clients et suivi des séances</w:t>
      </w:r>
      <w:r w:rsidR="008B1701">
        <w:rPr>
          <w:rFonts w:ascii="Arial" w:hAnsi="Arial" w:cs="Arial"/>
          <w:i/>
          <w:iCs/>
          <w:color w:val="365F91" w:themeColor="accent1" w:themeShade="BF"/>
          <w:sz w:val="22"/>
          <w:szCs w:val="22"/>
          <w:shd w:val="clear" w:color="auto" w:fill="FFFFFF"/>
        </w:rPr>
        <w:t xml:space="preserve"> </w:t>
      </w:r>
      <w:r w:rsidRPr="008B1701">
        <w:rPr>
          <w:rFonts w:ascii="Arial" w:hAnsi="Arial" w:cs="Arial"/>
          <w:noProof/>
          <w:color w:val="0F1115"/>
          <w:sz w:val="22"/>
          <w:szCs w:val="22"/>
        </w:rPr>
        <w:t>] après votre dernière séance, puis supprimées ou anonymisées. Vous disposez d’un droit d’accès, de rectification et de suppression.</w:t>
      </w:r>
    </w:p>
    <w:p w14:paraId="27F84B71" w14:textId="0ACC19CF" w:rsidR="006B70F2" w:rsidRPr="006B70F2" w:rsidRDefault="00EC4E6C" w:rsidP="006B70F2">
      <w:pPr>
        <w:pStyle w:val="Titre2"/>
        <w:shd w:val="clear" w:color="auto" w:fill="FFFFFF"/>
        <w:spacing w:before="480" w:after="240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>
        <w:rPr>
          <w:rFonts w:ascii="Arial" w:hAnsi="Arial" w:cs="Arial"/>
          <w:noProof/>
          <w:color w:val="0F1115"/>
          <w:sz w:val="22"/>
          <w:szCs w:val="22"/>
          <w:lang w:val="fr-FR"/>
        </w:rPr>
        <w:t>SECTION</w:t>
      </w:r>
      <w:r w:rsidR="006B70F2" w:rsidRPr="006B70F2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 5 </w:t>
      </w:r>
      <w:r w:rsidR="00443F41">
        <w:rPr>
          <w:rFonts w:ascii="Arial" w:hAnsi="Arial" w:cs="Arial"/>
          <w:noProof/>
          <w:color w:val="0F1115"/>
          <w:sz w:val="22"/>
          <w:szCs w:val="22"/>
          <w:lang w:val="fr-FR"/>
        </w:rPr>
        <w:t>-</w:t>
      </w:r>
      <w:r w:rsidR="006B70F2" w:rsidRPr="006B70F2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 DOCUMENTS ENVOYÉS APRÈS RÉSERVATION</w:t>
      </w:r>
    </w:p>
    <w:p w14:paraId="7B72EFC2" w14:textId="76CD943C" w:rsidR="006B70F2" w:rsidRPr="006B70F2" w:rsidRDefault="00D34580" w:rsidP="006B70F2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noProof/>
          <w:color w:val="0F1115"/>
          <w:sz w:val="22"/>
          <w:szCs w:val="22"/>
        </w:rPr>
      </w:pPr>
      <w:r>
        <w:rPr>
          <w:rFonts w:ascii="Arial" w:hAnsi="Arial" w:cs="Arial"/>
          <w:noProof/>
          <w:color w:val="0F1115"/>
          <w:sz w:val="22"/>
          <w:szCs w:val="22"/>
        </w:rPr>
        <w:t>Après</w:t>
      </w:r>
      <w:r w:rsidR="006B70F2" w:rsidRPr="006B70F2">
        <w:rPr>
          <w:rFonts w:ascii="Arial" w:hAnsi="Arial" w:cs="Arial"/>
          <w:noProof/>
          <w:color w:val="0F1115"/>
          <w:sz w:val="22"/>
          <w:szCs w:val="22"/>
        </w:rPr>
        <w:t xml:space="preserve"> validation de votre réservation, vous recevrez par email :</w:t>
      </w:r>
    </w:p>
    <w:p w14:paraId="0364F126" w14:textId="77777777" w:rsidR="006B70F2" w:rsidRPr="006B70F2" w:rsidRDefault="006B70F2" w:rsidP="00D34580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142" w:hanging="284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Fonts w:ascii="Arial" w:hAnsi="Arial" w:cs="Arial"/>
          <w:noProof/>
          <w:color w:val="0F1115"/>
          <w:sz w:val="22"/>
          <w:szCs w:val="22"/>
        </w:rPr>
        <w:t>Conditions Générales de Vente (CGV)</w:t>
      </w:r>
    </w:p>
    <w:p w14:paraId="5283E218" w14:textId="77777777" w:rsidR="006B70F2" w:rsidRPr="006B70F2" w:rsidRDefault="006B70F2" w:rsidP="00D34580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142" w:hanging="284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Fonts w:ascii="Arial" w:hAnsi="Arial" w:cs="Arial"/>
          <w:noProof/>
          <w:color w:val="0F1115"/>
          <w:sz w:val="22"/>
          <w:szCs w:val="22"/>
        </w:rPr>
        <w:t>Politique de confidentialité (RGPD)</w:t>
      </w:r>
    </w:p>
    <w:p w14:paraId="2885A1C4" w14:textId="77777777" w:rsidR="006B70F2" w:rsidRPr="006B70F2" w:rsidRDefault="006B70F2" w:rsidP="00D34580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142" w:hanging="284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Fonts w:ascii="Arial" w:hAnsi="Arial" w:cs="Arial"/>
          <w:noProof/>
          <w:color w:val="0F1115"/>
          <w:sz w:val="22"/>
          <w:szCs w:val="22"/>
        </w:rPr>
        <w:t>Formulaire de rétractation</w:t>
      </w:r>
    </w:p>
    <w:p w14:paraId="299B9706" w14:textId="77777777" w:rsidR="006B70F2" w:rsidRPr="006B70F2" w:rsidRDefault="006B70F2" w:rsidP="00D34580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142" w:hanging="284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Fonts w:ascii="Arial" w:hAnsi="Arial" w:cs="Arial"/>
          <w:noProof/>
          <w:color w:val="0F1115"/>
          <w:sz w:val="22"/>
          <w:szCs w:val="22"/>
        </w:rPr>
        <w:t>Formulaire de consentement à l’accompagnement</w:t>
      </w:r>
    </w:p>
    <w:p w14:paraId="50FD8B35" w14:textId="77777777" w:rsidR="006B70F2" w:rsidRPr="006B70F2" w:rsidRDefault="006B70F2" w:rsidP="00D34580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142" w:hanging="284"/>
        <w:rPr>
          <w:rFonts w:ascii="Arial" w:hAnsi="Arial" w:cs="Arial"/>
          <w:noProof/>
          <w:color w:val="0F1115"/>
          <w:sz w:val="22"/>
          <w:szCs w:val="22"/>
        </w:rPr>
      </w:pPr>
      <w:r w:rsidRPr="006B70F2">
        <w:rPr>
          <w:rFonts w:ascii="Arial" w:hAnsi="Arial" w:cs="Arial"/>
          <w:noProof/>
          <w:color w:val="0F1115"/>
          <w:sz w:val="22"/>
          <w:szCs w:val="22"/>
        </w:rPr>
        <w:t>Formulaire de consentement RGPD (données de santé et données sensibles)</w:t>
      </w:r>
    </w:p>
    <w:p w14:paraId="762155AA" w14:textId="4FCAD827" w:rsidR="000167B8" w:rsidRPr="006B70F2" w:rsidRDefault="00000000" w:rsidP="00BD31C4">
      <w:pPr>
        <w:ind w:right="-270"/>
        <w:rPr>
          <w:rFonts w:ascii="Arial" w:hAnsi="Arial" w:cs="Arial"/>
          <w:noProof/>
          <w:lang w:val="fr-FR"/>
        </w:rPr>
      </w:pPr>
      <w:r w:rsidRPr="006B70F2">
        <w:rPr>
          <w:rFonts w:ascii="Arial" w:hAnsi="Arial" w:cs="Arial"/>
          <w:noProof/>
          <w:lang w:val="fr-FR"/>
        </w:rPr>
        <w:t>________________________________________________________________________________</w:t>
      </w:r>
    </w:p>
    <w:sectPr w:rsidR="000167B8" w:rsidRPr="006B70F2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7E0D28"/>
    <w:multiLevelType w:val="hybridMultilevel"/>
    <w:tmpl w:val="13BEAF92"/>
    <w:lvl w:ilvl="0" w:tplc="00000001">
      <w:start w:val="1"/>
      <w:numFmt w:val="bullet"/>
      <w:lvlText w:val="•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 w15:restartNumberingAfterBreak="0">
    <w:nsid w:val="44E842B8"/>
    <w:multiLevelType w:val="multilevel"/>
    <w:tmpl w:val="859C1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D3142B"/>
    <w:multiLevelType w:val="multilevel"/>
    <w:tmpl w:val="D2E8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7A7F69"/>
    <w:multiLevelType w:val="hybridMultilevel"/>
    <w:tmpl w:val="43B4C0D2"/>
    <w:lvl w:ilvl="0" w:tplc="00000001">
      <w:start w:val="1"/>
      <w:numFmt w:val="bullet"/>
      <w:lvlText w:val="•"/>
      <w:lvlJc w:val="left"/>
      <w:pPr>
        <w:ind w:left="502" w:hanging="360"/>
      </w:p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EFB1951"/>
    <w:multiLevelType w:val="multilevel"/>
    <w:tmpl w:val="C938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4B14F7"/>
    <w:multiLevelType w:val="hybridMultilevel"/>
    <w:tmpl w:val="E20A43DC"/>
    <w:lvl w:ilvl="0" w:tplc="040C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5" w15:restartNumberingAfterBreak="0">
    <w:nsid w:val="7B6A553B"/>
    <w:multiLevelType w:val="hybridMultilevel"/>
    <w:tmpl w:val="17EC02B4"/>
    <w:lvl w:ilvl="0" w:tplc="00000001">
      <w:start w:val="1"/>
      <w:numFmt w:val="bullet"/>
      <w:lvlText w:val="•"/>
      <w:lvlJc w:val="left"/>
      <w:pPr>
        <w:ind w:left="787" w:hanging="360"/>
      </w:pPr>
    </w:lvl>
    <w:lvl w:ilvl="1" w:tplc="040C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 w16cid:durableId="1637954256">
    <w:abstractNumId w:val="8"/>
  </w:num>
  <w:num w:numId="2" w16cid:durableId="1740980263">
    <w:abstractNumId w:val="6"/>
  </w:num>
  <w:num w:numId="3" w16cid:durableId="546185221">
    <w:abstractNumId w:val="5"/>
  </w:num>
  <w:num w:numId="4" w16cid:durableId="866286122">
    <w:abstractNumId w:val="4"/>
  </w:num>
  <w:num w:numId="5" w16cid:durableId="616640234">
    <w:abstractNumId w:val="7"/>
  </w:num>
  <w:num w:numId="6" w16cid:durableId="1411583276">
    <w:abstractNumId w:val="3"/>
  </w:num>
  <w:num w:numId="7" w16cid:durableId="1484619155">
    <w:abstractNumId w:val="2"/>
  </w:num>
  <w:num w:numId="8" w16cid:durableId="1450926866">
    <w:abstractNumId w:val="1"/>
  </w:num>
  <w:num w:numId="9" w16cid:durableId="1154301106">
    <w:abstractNumId w:val="0"/>
  </w:num>
  <w:num w:numId="10" w16cid:durableId="1068764813">
    <w:abstractNumId w:val="14"/>
  </w:num>
  <w:num w:numId="11" w16cid:durableId="628585626">
    <w:abstractNumId w:val="10"/>
  </w:num>
  <w:num w:numId="12" w16cid:durableId="945574923">
    <w:abstractNumId w:val="11"/>
  </w:num>
  <w:num w:numId="13" w16cid:durableId="2079552756">
    <w:abstractNumId w:val="13"/>
  </w:num>
  <w:num w:numId="14" w16cid:durableId="1326276864">
    <w:abstractNumId w:val="15"/>
  </w:num>
  <w:num w:numId="15" w16cid:durableId="1800146666">
    <w:abstractNumId w:val="12"/>
  </w:num>
  <w:num w:numId="16" w16cid:durableId="18284760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7B8"/>
    <w:rsid w:val="00034616"/>
    <w:rsid w:val="0006063C"/>
    <w:rsid w:val="0015074B"/>
    <w:rsid w:val="0029639D"/>
    <w:rsid w:val="00326F90"/>
    <w:rsid w:val="003F68B0"/>
    <w:rsid w:val="00433978"/>
    <w:rsid w:val="00443F41"/>
    <w:rsid w:val="006B70F2"/>
    <w:rsid w:val="00754CA4"/>
    <w:rsid w:val="007F65CB"/>
    <w:rsid w:val="00810C2B"/>
    <w:rsid w:val="008B1701"/>
    <w:rsid w:val="008E14C2"/>
    <w:rsid w:val="0098639E"/>
    <w:rsid w:val="00AA1D8D"/>
    <w:rsid w:val="00AD7261"/>
    <w:rsid w:val="00B47730"/>
    <w:rsid w:val="00BD31C4"/>
    <w:rsid w:val="00CB0664"/>
    <w:rsid w:val="00D34580"/>
    <w:rsid w:val="00EC4E6C"/>
    <w:rsid w:val="00F17644"/>
    <w:rsid w:val="00F53B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6F7F7D"/>
  <w14:defaultImageDpi w14:val="300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s-markdown-paragraph">
    <w:name w:val="ds-markdown-paragraph"/>
    <w:basedOn w:val="Normal"/>
    <w:rsid w:val="006B7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CodeHTML">
    <w:name w:val="HTML Code"/>
    <w:basedOn w:val="Policepardfaut"/>
    <w:uiPriority w:val="99"/>
    <w:semiHidden/>
    <w:unhideWhenUsed/>
    <w:rsid w:val="006B70F2"/>
    <w:rPr>
      <w:rFonts w:ascii="Courier New" w:eastAsia="Times New Roman" w:hAnsi="Courier New" w:cs="Courier New"/>
      <w:sz w:val="20"/>
      <w:szCs w:val="20"/>
    </w:rPr>
  </w:style>
  <w:style w:type="character" w:styleId="Lienhypertexte">
    <w:name w:val="Hyperlink"/>
    <w:basedOn w:val="Policepardfaut"/>
    <w:uiPriority w:val="99"/>
    <w:semiHidden/>
    <w:unhideWhenUsed/>
    <w:rsid w:val="006B70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608</Words>
  <Characters>3495</Characters>
  <Application>Microsoft Office Word</Application>
  <DocSecurity>0</DocSecurity>
  <Lines>94</Lines>
  <Paragraphs>73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Malvina Faure</cp:lastModifiedBy>
  <cp:revision>4</cp:revision>
  <dcterms:created xsi:type="dcterms:W3CDTF">2026-05-25T13:37:00Z</dcterms:created>
  <dcterms:modified xsi:type="dcterms:W3CDTF">2026-07-24T16:50:00Z</dcterms:modified>
  <cp:category/>
</cp:coreProperties>
</file>