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4DA08" w14:textId="77777777" w:rsidR="00BF2EC7" w:rsidRPr="00D250EC" w:rsidRDefault="00BF2EC7" w:rsidP="00BF2EC7">
      <w:pPr>
        <w:rPr>
          <w:noProof/>
          <w:sz w:val="21"/>
          <w:szCs w:val="21"/>
          <w:lang w:val="fr-FR"/>
        </w:rPr>
      </w:pPr>
    </w:p>
    <w:p w14:paraId="398F77FB" w14:textId="704C191D" w:rsidR="00D250EC" w:rsidRDefault="00D250EC" w:rsidP="00D250EC">
      <w:pPr>
        <w:rPr>
          <w:rFonts w:ascii="Arial" w:hAnsi="Arial" w:cs="Arial"/>
          <w:i/>
          <w:iCs/>
          <w:noProof/>
          <w:color w:val="365F91" w:themeColor="accent1" w:themeShade="BF"/>
          <w:sz w:val="21"/>
          <w:szCs w:val="21"/>
          <w:lang w:val="fr-FR"/>
        </w:rPr>
      </w:pPr>
      <w:r w:rsidRPr="00D250EC">
        <w:rPr>
          <w:rFonts w:ascii="Arial" w:hAnsi="Arial" w:cs="Arial"/>
          <w:i/>
          <w:iCs/>
          <w:noProof/>
          <w:color w:val="365F91" w:themeColor="accent1" w:themeShade="BF"/>
          <w:sz w:val="21"/>
          <w:szCs w:val="21"/>
          <w:lang w:val="fr-FR"/>
        </w:rPr>
        <w:t>Ce document peut être envoyé à votre client quelques jours avant le jour du rendez-vous. Il permet d'assurer le bon déroulement</w:t>
      </w:r>
      <w:r>
        <w:rPr>
          <w:rFonts w:ascii="Arial" w:hAnsi="Arial" w:cs="Arial"/>
          <w:i/>
          <w:iCs/>
          <w:noProof/>
          <w:color w:val="365F91" w:themeColor="accent1" w:themeShade="BF"/>
          <w:sz w:val="21"/>
          <w:szCs w:val="21"/>
          <w:lang w:val="fr-FR"/>
        </w:rPr>
        <w:t xml:space="preserve"> de ma séance</w:t>
      </w:r>
      <w:r w:rsidRPr="00D250EC">
        <w:rPr>
          <w:rFonts w:ascii="Arial" w:hAnsi="Arial" w:cs="Arial"/>
          <w:i/>
          <w:iCs/>
          <w:noProof/>
          <w:color w:val="365F91" w:themeColor="accent1" w:themeShade="BF"/>
          <w:sz w:val="21"/>
          <w:szCs w:val="21"/>
          <w:lang w:val="fr-FR"/>
        </w:rPr>
        <w:t xml:space="preserve"> et de rappeler</w:t>
      </w:r>
      <w:r>
        <w:rPr>
          <w:rFonts w:ascii="Arial" w:hAnsi="Arial" w:cs="Arial"/>
          <w:i/>
          <w:iCs/>
          <w:noProof/>
          <w:color w:val="365F91" w:themeColor="accent1" w:themeShade="BF"/>
          <w:sz w:val="21"/>
          <w:szCs w:val="21"/>
          <w:lang w:val="fr-FR"/>
        </w:rPr>
        <w:t xml:space="preserve"> à votre client</w:t>
      </w:r>
      <w:r w:rsidRPr="00D250EC">
        <w:rPr>
          <w:rFonts w:ascii="Arial" w:hAnsi="Arial" w:cs="Arial"/>
          <w:i/>
          <w:iCs/>
          <w:noProof/>
          <w:color w:val="365F91" w:themeColor="accent1" w:themeShade="BF"/>
          <w:sz w:val="21"/>
          <w:szCs w:val="21"/>
          <w:lang w:val="fr-FR"/>
        </w:rPr>
        <w:t xml:space="preserve"> les clauses contractuelles essentielles (notamment annulation et retard).</w:t>
      </w:r>
    </w:p>
    <w:p w14:paraId="54589D91" w14:textId="77777777" w:rsidR="00D250EC" w:rsidRPr="00DA6FDA" w:rsidRDefault="00D250EC" w:rsidP="00D250EC">
      <w:pPr>
        <w:pStyle w:val="ds-markdown-paragraph"/>
        <w:pBdr>
          <w:top w:val="single" w:sz="12" w:space="8" w:color="4F81BD" w:themeColor="accent1"/>
          <w:left w:val="single" w:sz="12" w:space="8" w:color="4F81BD" w:themeColor="accent1"/>
          <w:bottom w:val="single" w:sz="12" w:space="8" w:color="4F81BD" w:themeColor="accent1"/>
          <w:right w:val="single" w:sz="12" w:space="8" w:color="4F81BD" w:themeColor="accent1"/>
        </w:pBdr>
        <w:shd w:val="clear" w:color="auto" w:fill="FFFFFF"/>
        <w:spacing w:before="0" w:beforeAutospacing="0" w:after="240" w:afterAutospacing="0"/>
        <w:jc w:val="center"/>
        <w:rPr>
          <w:rStyle w:val="lev"/>
          <w:rFonts w:ascii="Arial" w:hAnsi="Arial" w:cs="Arial"/>
          <w:color w:val="0F1115"/>
          <w:sz w:val="20"/>
          <w:szCs w:val="20"/>
        </w:rPr>
      </w:pPr>
      <w:r w:rsidRPr="00DA6FDA">
        <w:rPr>
          <w:rStyle w:val="lev"/>
          <w:rFonts w:ascii="Arial" w:hAnsi="Arial" w:cs="Arial"/>
          <w:color w:val="0F1115"/>
          <w:sz w:val="20"/>
          <w:szCs w:val="20"/>
        </w:rPr>
        <w:t xml:space="preserve">COMMENT ADAPTER CE DOCUMENT </w:t>
      </w:r>
    </w:p>
    <w:p w14:paraId="66A1A9A7" w14:textId="77777777" w:rsidR="00D250EC" w:rsidRPr="00DA6FDA" w:rsidRDefault="00D250EC" w:rsidP="00D250EC">
      <w:pPr>
        <w:pStyle w:val="ds-markdown-paragraph"/>
        <w:pBdr>
          <w:top w:val="single" w:sz="12" w:space="8" w:color="4F81BD" w:themeColor="accent1"/>
          <w:left w:val="single" w:sz="12" w:space="8" w:color="4F81BD" w:themeColor="accent1"/>
          <w:bottom w:val="single" w:sz="12" w:space="8" w:color="4F81BD" w:themeColor="accent1"/>
          <w:right w:val="single" w:sz="12" w:space="8" w:color="4F81BD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>-  Les textes en </w:t>
      </w:r>
      <w:r w:rsidRPr="00DA6FDA">
        <w:rPr>
          <w:rStyle w:val="lev"/>
          <w:rFonts w:ascii="Arial" w:hAnsi="Arial" w:cs="Arial"/>
          <w:b w:val="0"/>
          <w:bCs w:val="0"/>
          <w:i/>
          <w:iCs/>
          <w:color w:val="365F91" w:themeColor="accent1" w:themeShade="BF"/>
          <w:sz w:val="20"/>
          <w:szCs w:val="20"/>
        </w:rPr>
        <w:t>bleu italique</w:t>
      </w:r>
      <w:r w:rsidRPr="00DA6FDA">
        <w:rPr>
          <w:rFonts w:ascii="Arial" w:hAnsi="Arial" w:cs="Arial"/>
          <w:color w:val="365F91" w:themeColor="accent1" w:themeShade="BF"/>
          <w:sz w:val="20"/>
          <w:szCs w:val="20"/>
        </w:rPr>
        <w:t> </w:t>
      </w:r>
      <w:r w:rsidRPr="00DA6FDA">
        <w:rPr>
          <w:rFonts w:ascii="Arial" w:hAnsi="Arial" w:cs="Arial"/>
          <w:color w:val="000000" w:themeColor="text1"/>
          <w:sz w:val="20"/>
          <w:szCs w:val="20"/>
        </w:rPr>
        <w:t xml:space="preserve">sont des </w:t>
      </w:r>
      <w:r w:rsidRPr="00DA6FDA">
        <w:rPr>
          <w:rFonts w:ascii="Arial" w:hAnsi="Arial" w:cs="Arial"/>
          <w:i/>
          <w:iCs/>
          <w:color w:val="4F81BD" w:themeColor="accent1"/>
          <w:sz w:val="20"/>
          <w:szCs w:val="20"/>
        </w:rPr>
        <w:t>recommandations</w:t>
      </w:r>
      <w:r w:rsidRPr="00DA6FDA">
        <w:rPr>
          <w:rFonts w:ascii="Arial" w:hAnsi="Arial" w:cs="Arial"/>
          <w:color w:val="4F81BD" w:themeColor="accent1"/>
          <w:sz w:val="20"/>
          <w:szCs w:val="20"/>
        </w:rPr>
        <w:t xml:space="preserve"> </w:t>
      </w:r>
      <w:r w:rsidRPr="00DA6FDA">
        <w:rPr>
          <w:rFonts w:ascii="Arial" w:hAnsi="Arial" w:cs="Arial"/>
          <w:color w:val="365F91" w:themeColor="accent1" w:themeShade="BF"/>
          <w:sz w:val="20"/>
          <w:szCs w:val="20"/>
        </w:rPr>
        <w:t xml:space="preserve">: 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à supprimer après lecture. </w:t>
      </w:r>
    </w:p>
    <w:p w14:paraId="62F64DAC" w14:textId="77777777" w:rsidR="00D250EC" w:rsidRPr="00DA6FDA" w:rsidRDefault="00D250EC" w:rsidP="00D250EC">
      <w:pPr>
        <w:pStyle w:val="ds-markdown-paragraph"/>
        <w:pBdr>
          <w:top w:val="single" w:sz="12" w:space="8" w:color="4F81BD" w:themeColor="accent1"/>
          <w:left w:val="single" w:sz="12" w:space="8" w:color="4F81BD" w:themeColor="accent1"/>
          <w:bottom w:val="single" w:sz="12" w:space="8" w:color="4F81BD" w:themeColor="accent1"/>
          <w:right w:val="single" w:sz="12" w:space="8" w:color="4F81BD" w:themeColor="accent1"/>
        </w:pBdr>
        <w:shd w:val="clear" w:color="auto" w:fill="FFFFFF"/>
        <w:spacing w:before="0" w:beforeAutospacing="0" w:after="240" w:afterAutospacing="0"/>
        <w:ind w:left="142" w:hanging="142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>- Les indications entre </w:t>
      </w:r>
      <w:r w:rsidRPr="00DA6FDA">
        <w:rPr>
          <w:rStyle w:val="lev"/>
          <w:rFonts w:ascii="Arial" w:hAnsi="Arial" w:cs="Arial"/>
          <w:b w:val="0"/>
          <w:bCs w:val="0"/>
          <w:color w:val="0F1115"/>
          <w:sz w:val="20"/>
          <w:szCs w:val="20"/>
          <w:highlight w:val="yellow"/>
        </w:rPr>
        <w:t>[crochets]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 sont à remplacer par vos informations personnelles / vos choix. </w:t>
      </w:r>
    </w:p>
    <w:p w14:paraId="1E0EAFCE" w14:textId="77777777" w:rsidR="00D250EC" w:rsidRPr="00DA6FDA" w:rsidRDefault="00D250EC" w:rsidP="00D250EC">
      <w:pPr>
        <w:pStyle w:val="ds-markdown-paragraph"/>
        <w:pBdr>
          <w:top w:val="single" w:sz="12" w:space="8" w:color="4F81BD" w:themeColor="accent1"/>
          <w:left w:val="single" w:sz="12" w:space="8" w:color="4F81BD" w:themeColor="accent1"/>
          <w:bottom w:val="single" w:sz="12" w:space="8" w:color="4F81BD" w:themeColor="accent1"/>
          <w:right w:val="single" w:sz="12" w:space="8" w:color="4F81BD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 xml:space="preserve">- Les options sont clairement indiquées et numérotées : </w:t>
      </w:r>
      <w:r w:rsidRPr="00DA6FDA">
        <w:rPr>
          <w:rFonts w:ascii="Arial" w:hAnsi="Arial" w:cs="Arial"/>
          <w:b/>
          <w:bCs/>
          <w:color w:val="0F1115"/>
          <w:sz w:val="20"/>
          <w:szCs w:val="20"/>
          <w:highlight w:val="lightGray"/>
        </w:rPr>
        <w:t xml:space="preserve">OPTION 1 </w:t>
      </w:r>
      <w:r w:rsidRPr="00DA6FDA">
        <w:rPr>
          <w:rFonts w:ascii="Arial" w:hAnsi="Arial" w:cs="Arial"/>
          <w:b/>
          <w:bCs/>
          <w:color w:val="0F1115"/>
          <w:sz w:val="20"/>
          <w:szCs w:val="20"/>
        </w:rPr>
        <w:t xml:space="preserve">  </w:t>
      </w:r>
      <w:r w:rsidRPr="00DA6FDA">
        <w:rPr>
          <w:rFonts w:ascii="Arial" w:hAnsi="Arial" w:cs="Arial"/>
          <w:b/>
          <w:bCs/>
          <w:color w:val="0F1115"/>
          <w:sz w:val="20"/>
          <w:szCs w:val="20"/>
          <w:highlight w:val="lightGray"/>
        </w:rPr>
        <w:t>OPTION 2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     </w:t>
      </w:r>
    </w:p>
    <w:p w14:paraId="347B3007" w14:textId="77777777" w:rsidR="00D250EC" w:rsidRPr="00DA6FDA" w:rsidRDefault="00D250EC" w:rsidP="00D250EC">
      <w:pPr>
        <w:pStyle w:val="ds-markdown-paragraph"/>
        <w:pBdr>
          <w:top w:val="single" w:sz="12" w:space="8" w:color="4F81BD" w:themeColor="accent1"/>
          <w:left w:val="single" w:sz="12" w:space="8" w:color="4F81BD" w:themeColor="accent1"/>
          <w:bottom w:val="single" w:sz="12" w:space="8" w:color="4F81BD" w:themeColor="accent1"/>
          <w:right w:val="single" w:sz="12" w:space="8" w:color="4F81BD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 xml:space="preserve">  Conservez celle</w:t>
      </w:r>
      <w:r>
        <w:rPr>
          <w:rFonts w:ascii="Arial" w:hAnsi="Arial" w:cs="Arial"/>
          <w:color w:val="0F1115"/>
          <w:sz w:val="20"/>
          <w:szCs w:val="20"/>
        </w:rPr>
        <w:t xml:space="preserve"> / celles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 qui vous convien</w:t>
      </w:r>
      <w:r>
        <w:rPr>
          <w:rFonts w:ascii="Arial" w:hAnsi="Arial" w:cs="Arial"/>
          <w:color w:val="0F1115"/>
          <w:sz w:val="20"/>
          <w:szCs w:val="20"/>
        </w:rPr>
        <w:t>nen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t et supprimez l’autre / les autres.  </w:t>
      </w:r>
    </w:p>
    <w:p w14:paraId="4B59EFFD" w14:textId="605FBF57" w:rsidR="00D250EC" w:rsidRPr="00D250EC" w:rsidRDefault="00D250EC" w:rsidP="00D250EC">
      <w:pPr>
        <w:pStyle w:val="ds-markdown-paragraph"/>
        <w:pBdr>
          <w:top w:val="single" w:sz="12" w:space="8" w:color="4F81BD" w:themeColor="accent1"/>
          <w:left w:val="single" w:sz="12" w:space="8" w:color="4F81BD" w:themeColor="accent1"/>
          <w:bottom w:val="single" w:sz="12" w:space="8" w:color="4F81BD" w:themeColor="accent1"/>
          <w:right w:val="single" w:sz="12" w:space="8" w:color="4F81BD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Style w:val="Accentuation"/>
          <w:rFonts w:ascii="Arial" w:hAnsi="Arial" w:cs="Arial"/>
          <w:i w:val="0"/>
          <w:iCs w:val="0"/>
          <w:color w:val="0F1115"/>
          <w:sz w:val="20"/>
          <w:szCs w:val="20"/>
        </w:rPr>
        <w:t>- Supprimez ce cadre une fois le document adapté.</w:t>
      </w:r>
    </w:p>
    <w:p w14:paraId="7B22055A" w14:textId="77777777" w:rsidR="00D250EC" w:rsidRPr="00D250EC" w:rsidRDefault="00D250EC" w:rsidP="00D250EC">
      <w:pPr>
        <w:ind w:right="-412"/>
        <w:rPr>
          <w:rFonts w:ascii="Arial" w:hAnsi="Arial" w:cs="Arial"/>
          <w:noProof/>
          <w:sz w:val="21"/>
          <w:szCs w:val="21"/>
          <w:lang w:val="fr-FR"/>
        </w:rPr>
      </w:pPr>
      <w:r w:rsidRPr="00D250EC">
        <w:rPr>
          <w:rFonts w:ascii="Arial" w:hAnsi="Arial" w:cs="Arial"/>
          <w:noProof/>
          <w:sz w:val="21"/>
          <w:szCs w:val="21"/>
          <w:lang w:val="fr-FR"/>
        </w:rPr>
        <w:t>________________________________________________________________________________</w:t>
      </w:r>
    </w:p>
    <w:p w14:paraId="0ECFA72C" w14:textId="63343625" w:rsidR="007A676C" w:rsidRPr="00D250EC" w:rsidRDefault="00000000" w:rsidP="00D250EC">
      <w:pPr>
        <w:pStyle w:val="Sansinterligne"/>
        <w:jc w:val="center"/>
        <w:rPr>
          <w:rFonts w:ascii="Arial" w:hAnsi="Arial" w:cs="Arial"/>
          <w:b/>
          <w:bCs/>
          <w:noProof/>
          <w:lang w:val="fr-FR"/>
        </w:rPr>
      </w:pPr>
      <w:r w:rsidRPr="00D250EC">
        <w:rPr>
          <w:rFonts w:ascii="Arial" w:hAnsi="Arial" w:cs="Arial"/>
          <w:b/>
          <w:bCs/>
          <w:noProof/>
          <w:lang w:val="fr-FR"/>
        </w:rPr>
        <w:t>CONSEILS PRATIQUES</w:t>
      </w:r>
      <w:r w:rsidR="00BF2EC7" w:rsidRPr="00D250EC">
        <w:rPr>
          <w:rFonts w:ascii="Arial" w:hAnsi="Arial" w:cs="Arial"/>
          <w:b/>
          <w:bCs/>
          <w:noProof/>
          <w:lang w:val="fr-FR"/>
        </w:rPr>
        <w:t xml:space="preserve"> - Préparation de votre séance en visioconférence</w:t>
      </w:r>
    </w:p>
    <w:p w14:paraId="4F4CF483" w14:textId="4FB02198" w:rsidR="007A676C" w:rsidRPr="00D250EC" w:rsidRDefault="00000000" w:rsidP="00BF2EC7">
      <w:pPr>
        <w:ind w:right="-412"/>
        <w:rPr>
          <w:rFonts w:ascii="Arial" w:hAnsi="Arial" w:cs="Arial"/>
          <w:noProof/>
          <w:sz w:val="21"/>
          <w:szCs w:val="21"/>
          <w:lang w:val="fr-FR"/>
        </w:rPr>
      </w:pPr>
      <w:r w:rsidRPr="00D250EC">
        <w:rPr>
          <w:rFonts w:ascii="Arial" w:hAnsi="Arial" w:cs="Arial"/>
          <w:noProof/>
          <w:sz w:val="21"/>
          <w:szCs w:val="21"/>
          <w:lang w:val="fr-FR"/>
        </w:rPr>
        <w:t>____________________________________________________________________________</w:t>
      </w:r>
    </w:p>
    <w:p w14:paraId="564D21E7" w14:textId="77777777" w:rsidR="007A676C" w:rsidRPr="00D250E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b/>
          <w:noProof/>
          <w:lang w:val="fr-FR"/>
        </w:rPr>
        <w:t>Bonjour,</w:t>
      </w:r>
    </w:p>
    <w:p w14:paraId="46FB21C8" w14:textId="77777777" w:rsidR="00D250EC" w:rsidRPr="00D250E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noProof/>
          <w:lang w:val="fr-FR"/>
        </w:rPr>
        <w:t>Votre séance en visioconférence approche</w:t>
      </w:r>
      <w:r w:rsidR="00D250EC" w:rsidRPr="00D250EC">
        <w:rPr>
          <w:rFonts w:ascii="Arial" w:hAnsi="Arial" w:cs="Arial"/>
          <w:noProof/>
          <w:lang w:val="fr-FR"/>
        </w:rPr>
        <w:t>.</w:t>
      </w:r>
      <w:r w:rsidRPr="00D250EC">
        <w:rPr>
          <w:rFonts w:ascii="Arial" w:hAnsi="Arial" w:cs="Arial"/>
          <w:noProof/>
          <w:lang w:val="fr-FR"/>
        </w:rPr>
        <w:t xml:space="preserve"> </w:t>
      </w:r>
    </w:p>
    <w:p w14:paraId="681A6C5D" w14:textId="6366478C" w:rsidR="007A676C" w:rsidRPr="00D250E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noProof/>
          <w:lang w:val="fr-FR"/>
        </w:rPr>
        <w:t xml:space="preserve">Pour que tout se passe dans les meilleures conditions, voici quelques conseils pratiques </w:t>
      </w:r>
      <w:r w:rsidR="00D250EC">
        <w:rPr>
          <w:rFonts w:ascii="Arial" w:hAnsi="Arial" w:cs="Arial"/>
          <w:noProof/>
          <w:lang w:val="fr-FR"/>
        </w:rPr>
        <w:t>:</w:t>
      </w:r>
    </w:p>
    <w:p w14:paraId="08C06E93" w14:textId="6CB0AB2B" w:rsidR="00D250EC" w:rsidRPr="00A95C0B" w:rsidRDefault="00000000" w:rsidP="00D250EC">
      <w:pPr>
        <w:pStyle w:val="Sansinterligne"/>
        <w:rPr>
          <w:rFonts w:ascii="Arial" w:hAnsi="Arial" w:cs="Arial"/>
          <w:i/>
          <w:iCs/>
          <w:noProof/>
          <w:sz w:val="20"/>
          <w:szCs w:val="20"/>
          <w:lang w:val="fr-FR"/>
        </w:rPr>
      </w:pPr>
      <w:r w:rsidRPr="00D250EC">
        <w:rPr>
          <w:rFonts w:ascii="Arial" w:hAnsi="Arial" w:cs="Arial"/>
          <w:b/>
          <w:bCs/>
          <w:noProof/>
          <w:lang w:val="fr-FR"/>
        </w:rPr>
        <w:t>1. VÉRIFICATIONS TECHNIQUES</w:t>
      </w:r>
      <w:r w:rsidRPr="00D250EC">
        <w:rPr>
          <w:noProof/>
          <w:lang w:val="fr-FR"/>
        </w:rPr>
        <w:t xml:space="preserve"> </w:t>
      </w:r>
      <w:r w:rsidRPr="00A95C0B">
        <w:rPr>
          <w:rFonts w:ascii="Arial" w:hAnsi="Arial" w:cs="Arial"/>
          <w:i/>
          <w:iCs/>
          <w:noProof/>
          <w:sz w:val="20"/>
          <w:szCs w:val="20"/>
          <w:lang w:val="fr-FR"/>
        </w:rPr>
        <w:t>(</w:t>
      </w:r>
      <w:r w:rsidR="00D250EC" w:rsidRPr="00A95C0B">
        <w:rPr>
          <w:rFonts w:ascii="Arial" w:hAnsi="Arial" w:cs="Arial"/>
          <w:i/>
          <w:iCs/>
          <w:noProof/>
          <w:sz w:val="20"/>
          <w:szCs w:val="20"/>
          <w:lang w:val="fr-FR"/>
        </w:rPr>
        <w:t>24h à l'avance</w:t>
      </w:r>
      <w:r w:rsidRPr="00A95C0B">
        <w:rPr>
          <w:rFonts w:ascii="Arial" w:hAnsi="Arial" w:cs="Arial"/>
          <w:i/>
          <w:iCs/>
          <w:noProof/>
          <w:sz w:val="20"/>
          <w:szCs w:val="20"/>
          <w:lang w:val="fr-FR"/>
        </w:rPr>
        <w:t>)</w:t>
      </w:r>
    </w:p>
    <w:p w14:paraId="1A5C7271" w14:textId="77777777" w:rsidR="00D250EC" w:rsidRDefault="00D250EC" w:rsidP="00D250EC">
      <w:pPr>
        <w:pStyle w:val="Sansinterligne"/>
        <w:rPr>
          <w:b/>
          <w:noProof/>
          <w:lang w:val="fr-FR"/>
        </w:rPr>
      </w:pPr>
    </w:p>
    <w:p w14:paraId="6C6BFCAD" w14:textId="400EFF14" w:rsidR="007A676C" w:rsidRPr="00D250E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b/>
          <w:noProof/>
          <w:lang w:val="fr-FR"/>
        </w:rPr>
        <w:t>Testez votre connexion internet</w:t>
      </w:r>
    </w:p>
    <w:p w14:paraId="05C975C2" w14:textId="36F5873E" w:rsidR="007A676C" w:rsidRPr="00D250EC" w:rsidRDefault="00000000" w:rsidP="00D250EC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noProof/>
          <w:lang w:val="fr-FR"/>
        </w:rPr>
        <w:t>•</w:t>
      </w:r>
      <w:r w:rsidR="00BF2EC7" w:rsidRPr="00D250EC">
        <w:rPr>
          <w:rFonts w:ascii="Arial" w:hAnsi="Arial" w:cs="Arial"/>
          <w:noProof/>
          <w:lang w:val="fr-FR"/>
        </w:rPr>
        <w:t xml:space="preserve"> </w:t>
      </w:r>
      <w:r w:rsidRPr="00D250EC">
        <w:rPr>
          <w:rFonts w:ascii="Arial" w:hAnsi="Arial" w:cs="Arial"/>
          <w:noProof/>
          <w:lang w:val="fr-FR"/>
        </w:rPr>
        <w:t>Privilégiez une connexion Wi-Fi stable ou câble Ethernet (plus fiable)</w:t>
      </w:r>
      <w:r w:rsidR="00D250EC">
        <w:rPr>
          <w:rFonts w:ascii="Arial" w:hAnsi="Arial" w:cs="Arial"/>
          <w:noProof/>
          <w:lang w:val="fr-FR"/>
        </w:rPr>
        <w:t>.</w:t>
      </w:r>
      <w:r w:rsidRPr="00D250EC">
        <w:rPr>
          <w:rFonts w:ascii="Arial" w:hAnsi="Arial" w:cs="Arial"/>
          <w:noProof/>
          <w:lang w:val="fr-FR"/>
        </w:rPr>
        <w:br/>
        <w:t>• Si possible, évitez que d'autres personnes utilisent massivement internet pendant la séance</w:t>
      </w:r>
      <w:r w:rsidR="00D250EC">
        <w:rPr>
          <w:rFonts w:ascii="Arial" w:hAnsi="Arial" w:cs="Arial"/>
          <w:noProof/>
          <w:lang w:val="fr-FR"/>
        </w:rPr>
        <w:t>.</w:t>
      </w:r>
    </w:p>
    <w:p w14:paraId="1CB73F2A" w14:textId="77777777" w:rsidR="007A676C" w:rsidRPr="00D250E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b/>
          <w:noProof/>
          <w:lang w:val="fr-FR"/>
        </w:rPr>
        <w:t>Vérifiez votre matériel</w:t>
      </w:r>
    </w:p>
    <w:p w14:paraId="3CFEDDC3" w14:textId="689A0196" w:rsidR="00BF2EC7" w:rsidRPr="00D250EC" w:rsidRDefault="00000000" w:rsidP="00BF2EC7">
      <w:pPr>
        <w:ind w:right="-412"/>
        <w:rPr>
          <w:rFonts w:ascii="Arial" w:hAnsi="Arial" w:cs="Arial"/>
          <w:b/>
          <w:noProof/>
          <w:lang w:val="fr-FR"/>
        </w:rPr>
      </w:pPr>
      <w:r w:rsidRPr="00D250EC">
        <w:rPr>
          <w:rFonts w:ascii="Arial" w:hAnsi="Arial" w:cs="Arial"/>
          <w:noProof/>
          <w:lang w:val="fr-FR"/>
        </w:rPr>
        <w:t>• Micro : Parlez à voix normale et vérifiez que le son est clair</w:t>
      </w:r>
      <w:r w:rsidR="00D250EC">
        <w:rPr>
          <w:rFonts w:ascii="Arial" w:hAnsi="Arial" w:cs="Arial"/>
          <w:noProof/>
          <w:lang w:val="fr-FR"/>
        </w:rPr>
        <w:t>.</w:t>
      </w:r>
      <w:r w:rsidRPr="00D250EC">
        <w:rPr>
          <w:rFonts w:ascii="Arial" w:hAnsi="Arial" w:cs="Arial"/>
          <w:noProof/>
          <w:lang w:val="fr-FR"/>
        </w:rPr>
        <w:br/>
        <w:t>• Caméra : Allumez-la et vérifiez que vous êtes bien visible (éclairage suffisant)</w:t>
      </w:r>
      <w:r w:rsidR="00D250EC">
        <w:rPr>
          <w:rFonts w:ascii="Arial" w:hAnsi="Arial" w:cs="Arial"/>
          <w:noProof/>
          <w:lang w:val="fr-FR"/>
        </w:rPr>
        <w:t>.</w:t>
      </w:r>
      <w:r w:rsidRPr="00D250EC">
        <w:rPr>
          <w:rFonts w:ascii="Arial" w:hAnsi="Arial" w:cs="Arial"/>
          <w:noProof/>
          <w:lang w:val="fr-FR"/>
        </w:rPr>
        <w:br/>
        <w:t>• Casque/écouteurs : Recommandé pour éviter l'écho et améliorer la qualité sonore</w:t>
      </w:r>
      <w:r w:rsidR="00D250EC">
        <w:rPr>
          <w:rFonts w:ascii="Arial" w:hAnsi="Arial" w:cs="Arial"/>
          <w:noProof/>
          <w:lang w:val="fr-FR"/>
        </w:rPr>
        <w:t>.</w:t>
      </w:r>
    </w:p>
    <w:p w14:paraId="188E61D3" w14:textId="77777777" w:rsidR="007A676C" w:rsidRPr="00D250E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b/>
          <w:noProof/>
          <w:lang w:val="fr-FR"/>
        </w:rPr>
        <w:t>Installez et testez l'application de visio</w:t>
      </w:r>
    </w:p>
    <w:p w14:paraId="294BA948" w14:textId="17AA0282" w:rsidR="007A676C" w:rsidRPr="00D250E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noProof/>
          <w:lang w:val="fr-FR"/>
        </w:rPr>
        <w:t xml:space="preserve">• Plateforme utilisée : </w:t>
      </w:r>
      <w:r w:rsidRPr="00D250EC">
        <w:rPr>
          <w:rFonts w:ascii="Arial" w:hAnsi="Arial" w:cs="Arial"/>
          <w:noProof/>
          <w:highlight w:val="yellow"/>
          <w:lang w:val="fr-FR"/>
        </w:rPr>
        <w:t>[NOM DE LA PLATEFORME : Zoom / Google Meet / Skype / Teams...]</w:t>
      </w:r>
      <w:r w:rsidRPr="00D250EC">
        <w:rPr>
          <w:rFonts w:ascii="Arial" w:hAnsi="Arial" w:cs="Arial"/>
          <w:noProof/>
          <w:lang w:val="fr-FR"/>
        </w:rPr>
        <w:br/>
        <w:t>• Téléchargez l'application sur votre ordinateur ou téléphone</w:t>
      </w:r>
      <w:r w:rsidR="00D250EC">
        <w:rPr>
          <w:rFonts w:ascii="Arial" w:hAnsi="Arial" w:cs="Arial"/>
          <w:noProof/>
          <w:lang w:val="fr-FR"/>
        </w:rPr>
        <w:t>.</w:t>
      </w:r>
      <w:r w:rsidRPr="00D250EC">
        <w:rPr>
          <w:rFonts w:ascii="Arial" w:hAnsi="Arial" w:cs="Arial"/>
          <w:noProof/>
          <w:lang w:val="fr-FR"/>
        </w:rPr>
        <w:br/>
        <w:t>• Créez un compte si nécessaire</w:t>
      </w:r>
      <w:r w:rsidR="00D250EC">
        <w:rPr>
          <w:rFonts w:ascii="Arial" w:hAnsi="Arial" w:cs="Arial"/>
          <w:noProof/>
          <w:lang w:val="fr-FR"/>
        </w:rPr>
        <w:t>.</w:t>
      </w:r>
      <w:r w:rsidRPr="00D250EC">
        <w:rPr>
          <w:rFonts w:ascii="Arial" w:hAnsi="Arial" w:cs="Arial"/>
          <w:noProof/>
          <w:lang w:val="fr-FR"/>
        </w:rPr>
        <w:br/>
        <w:t>• Testez le son et la vidéo (fonction "tester" dans les paramètres)</w:t>
      </w:r>
      <w:r w:rsidR="00D250EC">
        <w:rPr>
          <w:rFonts w:ascii="Arial" w:hAnsi="Arial" w:cs="Arial"/>
          <w:noProof/>
          <w:lang w:val="fr-FR"/>
        </w:rPr>
        <w:t>.</w:t>
      </w:r>
    </w:p>
    <w:p w14:paraId="33072884" w14:textId="77777777" w:rsidR="00D250EC" w:rsidRDefault="00D250EC" w:rsidP="00D250EC">
      <w:pPr>
        <w:pStyle w:val="Sansinterligne"/>
        <w:rPr>
          <w:rFonts w:ascii="Arial" w:hAnsi="Arial" w:cs="Arial"/>
          <w:b/>
          <w:bCs/>
          <w:noProof/>
          <w:color w:val="000000" w:themeColor="text1"/>
          <w:lang w:val="fr-FR"/>
        </w:rPr>
      </w:pPr>
    </w:p>
    <w:p w14:paraId="56A9E986" w14:textId="4B20591A" w:rsidR="00BF2EC7" w:rsidRPr="00D250EC" w:rsidRDefault="00000000" w:rsidP="00D250EC">
      <w:pPr>
        <w:pStyle w:val="Sansinterligne"/>
        <w:rPr>
          <w:rFonts w:ascii="Arial" w:hAnsi="Arial" w:cs="Arial"/>
          <w:b/>
          <w:bCs/>
          <w:noProof/>
          <w:color w:val="000000" w:themeColor="text1"/>
          <w:lang w:val="fr-FR"/>
        </w:rPr>
      </w:pPr>
      <w:r w:rsidRPr="00D250EC">
        <w:rPr>
          <w:rFonts w:ascii="Arial" w:hAnsi="Arial" w:cs="Arial"/>
          <w:b/>
          <w:bCs/>
          <w:noProof/>
          <w:color w:val="000000" w:themeColor="text1"/>
          <w:lang w:val="fr-FR"/>
        </w:rPr>
        <w:t>2. PRÉPAREZ VOTRE ENVIRONNEMENT</w:t>
      </w:r>
    </w:p>
    <w:p w14:paraId="4F70A6A0" w14:textId="77777777" w:rsidR="00BF2EC7" w:rsidRPr="00D250EC" w:rsidRDefault="00BF2EC7" w:rsidP="00D250EC">
      <w:pPr>
        <w:pStyle w:val="Sansinterligne"/>
        <w:rPr>
          <w:rFonts w:ascii="Arial" w:hAnsi="Arial" w:cs="Arial"/>
          <w:b/>
          <w:bCs/>
          <w:noProof/>
          <w:color w:val="000000" w:themeColor="text1"/>
          <w:lang w:val="fr-FR"/>
        </w:rPr>
      </w:pPr>
    </w:p>
    <w:p w14:paraId="2FB52603" w14:textId="292E1B56" w:rsidR="007A676C" w:rsidRPr="00D250E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b/>
          <w:noProof/>
          <w:lang w:val="fr-FR"/>
        </w:rPr>
        <w:lastRenderedPageBreak/>
        <w:t>Choisissez un lieu calme</w:t>
      </w:r>
      <w:r w:rsidR="00A95C0B">
        <w:rPr>
          <w:rFonts w:ascii="Arial" w:hAnsi="Arial" w:cs="Arial"/>
          <w:b/>
          <w:noProof/>
          <w:lang w:val="fr-FR"/>
        </w:rPr>
        <w:t xml:space="preserve"> et confortable</w:t>
      </w:r>
    </w:p>
    <w:p w14:paraId="3C2CD847" w14:textId="790B1DF5" w:rsidR="007A676C" w:rsidRPr="00D250EC" w:rsidRDefault="00000000" w:rsidP="00A95C0B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noProof/>
          <w:lang w:val="fr-FR"/>
        </w:rPr>
        <w:t>• Pièce isolée où vous ne serez pas dérangé</w:t>
      </w:r>
      <w:r w:rsidR="00D250EC">
        <w:rPr>
          <w:rFonts w:ascii="Arial" w:hAnsi="Arial" w:cs="Arial"/>
          <w:noProof/>
          <w:lang w:val="fr-FR"/>
        </w:rPr>
        <w:t>(e).</w:t>
      </w:r>
      <w:r w:rsidRPr="00D250EC">
        <w:rPr>
          <w:rFonts w:ascii="Arial" w:hAnsi="Arial" w:cs="Arial"/>
          <w:noProof/>
          <w:lang w:val="fr-FR"/>
        </w:rPr>
        <w:br/>
        <w:t xml:space="preserve">• Informez votre entourage que vous ne devez pas être interrompu pendant </w:t>
      </w:r>
      <w:r w:rsidRPr="00D250EC">
        <w:rPr>
          <w:rFonts w:ascii="Arial" w:hAnsi="Arial" w:cs="Arial"/>
          <w:noProof/>
          <w:highlight w:val="yellow"/>
          <w:lang w:val="fr-FR"/>
        </w:rPr>
        <w:t>[DURÉE]</w:t>
      </w:r>
      <w:r w:rsidRPr="00D250EC">
        <w:rPr>
          <w:rFonts w:ascii="Arial" w:hAnsi="Arial" w:cs="Arial"/>
          <w:noProof/>
          <w:lang w:val="fr-FR"/>
        </w:rPr>
        <w:t xml:space="preserve"> minutes</w:t>
      </w:r>
      <w:r w:rsidR="00D250EC">
        <w:rPr>
          <w:rFonts w:ascii="Arial" w:hAnsi="Arial" w:cs="Arial"/>
          <w:noProof/>
          <w:lang w:val="fr-FR"/>
        </w:rPr>
        <w:t>.</w:t>
      </w:r>
      <w:r w:rsidRPr="00D250EC">
        <w:rPr>
          <w:rFonts w:ascii="Arial" w:hAnsi="Arial" w:cs="Arial"/>
          <w:noProof/>
          <w:lang w:val="fr-FR"/>
        </w:rPr>
        <w:br/>
        <w:t>• Mettez votre téléphone en mode silencieux (ou éteignez-le)</w:t>
      </w:r>
      <w:r w:rsidR="00D250EC">
        <w:rPr>
          <w:rFonts w:ascii="Arial" w:hAnsi="Arial" w:cs="Arial"/>
          <w:noProof/>
          <w:lang w:val="fr-FR"/>
        </w:rPr>
        <w:t>.</w:t>
      </w:r>
    </w:p>
    <w:p w14:paraId="47639D9C" w14:textId="77777777" w:rsidR="00A95C0B" w:rsidRDefault="00A95C0B" w:rsidP="00A95C0B">
      <w:pPr>
        <w:pStyle w:val="Sansinterligne"/>
        <w:rPr>
          <w:rFonts w:ascii="Arial" w:hAnsi="Arial" w:cs="Arial"/>
          <w:b/>
          <w:bCs/>
          <w:noProof/>
          <w:lang w:val="fr-FR"/>
        </w:rPr>
      </w:pPr>
    </w:p>
    <w:p w14:paraId="1F71E79F" w14:textId="791520EE" w:rsidR="007A676C" w:rsidRPr="00A95C0B" w:rsidRDefault="00000000" w:rsidP="00A95C0B">
      <w:pPr>
        <w:pStyle w:val="Sansinterligne"/>
        <w:rPr>
          <w:rFonts w:ascii="Arial" w:hAnsi="Arial" w:cs="Arial"/>
          <w:b/>
          <w:bCs/>
          <w:noProof/>
          <w:lang w:val="fr-FR"/>
        </w:rPr>
      </w:pPr>
      <w:r w:rsidRPr="00A95C0B">
        <w:rPr>
          <w:rFonts w:ascii="Arial" w:hAnsi="Arial" w:cs="Arial"/>
          <w:b/>
          <w:bCs/>
          <w:noProof/>
          <w:lang w:val="fr-FR"/>
        </w:rPr>
        <w:t>3. PONCTUALITÉ</w:t>
      </w:r>
      <w:r w:rsidR="00A95C0B">
        <w:rPr>
          <w:rFonts w:ascii="Arial" w:hAnsi="Arial" w:cs="Arial"/>
          <w:b/>
          <w:bCs/>
          <w:noProof/>
          <w:lang w:val="fr-FR"/>
        </w:rPr>
        <w:t xml:space="preserve"> - DURÉE DE DISPONIBILITÉ</w:t>
      </w:r>
    </w:p>
    <w:p w14:paraId="6FCF91B4" w14:textId="77777777" w:rsidR="00BF2EC7" w:rsidRPr="00A95C0B" w:rsidRDefault="00BF2EC7" w:rsidP="00A95C0B">
      <w:pPr>
        <w:pStyle w:val="Sansinterligne"/>
        <w:rPr>
          <w:rFonts w:ascii="Arial" w:hAnsi="Arial" w:cs="Arial"/>
          <w:b/>
          <w:bCs/>
          <w:noProof/>
          <w:lang w:val="fr-FR"/>
        </w:rPr>
      </w:pPr>
    </w:p>
    <w:p w14:paraId="0915A985" w14:textId="77777777" w:rsidR="007A676C" w:rsidRPr="00D250E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b/>
          <w:noProof/>
          <w:lang w:val="fr-FR"/>
        </w:rPr>
        <w:t>Soyez prêt</w:t>
      </w:r>
      <w:r w:rsidR="00BF2EC7" w:rsidRPr="00D250EC">
        <w:rPr>
          <w:rFonts w:ascii="Arial" w:hAnsi="Arial" w:cs="Arial"/>
          <w:b/>
          <w:noProof/>
          <w:lang w:val="fr-FR"/>
        </w:rPr>
        <w:t>(e)</w:t>
      </w:r>
      <w:r w:rsidRPr="00D250EC">
        <w:rPr>
          <w:rFonts w:ascii="Arial" w:hAnsi="Arial" w:cs="Arial"/>
          <w:b/>
          <w:noProof/>
          <w:lang w:val="fr-FR"/>
        </w:rPr>
        <w:t xml:space="preserve"> 5 minutes avant l'heure</w:t>
      </w:r>
    </w:p>
    <w:p w14:paraId="1F1501D9" w14:textId="12837016" w:rsidR="007A676C" w:rsidRPr="00D250E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noProof/>
          <w:lang w:val="fr-FR"/>
        </w:rPr>
        <w:t>• Connectez-vous 5 minutes en avance pour éviter tout retard</w:t>
      </w:r>
      <w:r w:rsidRPr="00D250EC">
        <w:rPr>
          <w:rFonts w:ascii="Arial" w:hAnsi="Arial" w:cs="Arial"/>
          <w:noProof/>
          <w:lang w:val="fr-FR"/>
        </w:rPr>
        <w:br/>
        <w:t>• Vérifiez une dernière fois que votre micro et caméra fonctionnent</w:t>
      </w:r>
    </w:p>
    <w:p w14:paraId="03F4B3F5" w14:textId="77777777" w:rsidR="007A676C" w:rsidRPr="00D250E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b/>
          <w:noProof/>
          <w:lang w:val="fr-FR"/>
        </w:rPr>
        <w:t>Durée de la séance</w:t>
      </w:r>
    </w:p>
    <w:p w14:paraId="2AC28286" w14:textId="77777777" w:rsidR="00A95C0B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noProof/>
          <w:lang w:val="fr-FR"/>
        </w:rPr>
        <w:t xml:space="preserve">• La séance dure </w:t>
      </w:r>
      <w:r w:rsidRPr="00A95C0B">
        <w:rPr>
          <w:rFonts w:ascii="Arial" w:hAnsi="Arial" w:cs="Arial"/>
          <w:noProof/>
          <w:highlight w:val="yellow"/>
          <w:lang w:val="fr-FR"/>
        </w:rPr>
        <w:t>[DURÉE : 1h / 1h30...]</w:t>
      </w:r>
    </w:p>
    <w:p w14:paraId="2289482F" w14:textId="7EFC291F" w:rsidR="007A676C" w:rsidRPr="00D250E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b/>
          <w:noProof/>
          <w:lang w:val="fr-FR"/>
        </w:rPr>
        <w:t>En cas de retard ou empêchement</w:t>
      </w:r>
    </w:p>
    <w:p w14:paraId="07A30114" w14:textId="7128C115" w:rsidR="007A676C" w:rsidRPr="00D250E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noProof/>
          <w:lang w:val="fr-FR"/>
        </w:rPr>
        <w:t xml:space="preserve">• Prévenez-moi dès que possible par téléphone ou SMS : </w:t>
      </w:r>
      <w:r w:rsidRPr="00A95C0B">
        <w:rPr>
          <w:rFonts w:ascii="Arial" w:hAnsi="Arial" w:cs="Arial"/>
          <w:noProof/>
          <w:highlight w:val="yellow"/>
          <w:lang w:val="fr-FR"/>
        </w:rPr>
        <w:t>[VOTRE NUMÉRO]</w:t>
      </w:r>
      <w:r w:rsidRPr="00D250EC">
        <w:rPr>
          <w:rFonts w:ascii="Arial" w:hAnsi="Arial" w:cs="Arial"/>
          <w:noProof/>
          <w:lang w:val="fr-FR"/>
        </w:rPr>
        <w:br/>
        <w:t>• Au-delà de</w:t>
      </w:r>
      <w:r w:rsidR="00A95C0B">
        <w:rPr>
          <w:rFonts w:ascii="Arial" w:hAnsi="Arial" w:cs="Arial"/>
          <w:noProof/>
          <w:lang w:val="fr-FR"/>
        </w:rPr>
        <w:t xml:space="preserve"> </w:t>
      </w:r>
      <w:r w:rsidR="00A95C0B" w:rsidRPr="00A95C0B">
        <w:rPr>
          <w:rFonts w:ascii="Arial" w:hAnsi="Arial" w:cs="Arial"/>
          <w:noProof/>
          <w:highlight w:val="yellow"/>
          <w:lang w:val="fr-FR"/>
        </w:rPr>
        <w:t>[</w:t>
      </w:r>
      <w:r w:rsidRPr="00A95C0B">
        <w:rPr>
          <w:rFonts w:ascii="Arial" w:hAnsi="Arial" w:cs="Arial"/>
          <w:noProof/>
          <w:highlight w:val="yellow"/>
          <w:lang w:val="fr-FR"/>
        </w:rPr>
        <w:t>15 minutes</w:t>
      </w:r>
      <w:r w:rsidR="00A95C0B" w:rsidRPr="00A95C0B">
        <w:rPr>
          <w:rFonts w:ascii="Arial" w:hAnsi="Arial" w:cs="Arial"/>
          <w:noProof/>
          <w:highlight w:val="yellow"/>
          <w:lang w:val="fr-FR"/>
        </w:rPr>
        <w:t>]</w:t>
      </w:r>
      <w:r w:rsidRPr="00D250EC">
        <w:rPr>
          <w:rFonts w:ascii="Arial" w:hAnsi="Arial" w:cs="Arial"/>
          <w:noProof/>
          <w:lang w:val="fr-FR"/>
        </w:rPr>
        <w:t xml:space="preserve"> de retard sans </w:t>
      </w:r>
      <w:r w:rsidR="00673925">
        <w:rPr>
          <w:rFonts w:ascii="Arial" w:hAnsi="Arial" w:cs="Arial"/>
          <w:noProof/>
          <w:lang w:val="fr-FR"/>
        </w:rPr>
        <w:t>contact de votre part</w:t>
      </w:r>
      <w:r w:rsidRPr="00D250EC">
        <w:rPr>
          <w:rFonts w:ascii="Arial" w:hAnsi="Arial" w:cs="Arial"/>
          <w:noProof/>
          <w:lang w:val="fr-FR"/>
        </w:rPr>
        <w:t xml:space="preserve">, la séance pourra être annulée et </w:t>
      </w:r>
      <w:r w:rsidR="00673925">
        <w:rPr>
          <w:rFonts w:ascii="Arial" w:hAnsi="Arial" w:cs="Arial"/>
          <w:noProof/>
          <w:lang w:val="fr-FR"/>
        </w:rPr>
        <w:t xml:space="preserve">intégralement </w:t>
      </w:r>
      <w:r w:rsidRPr="00D250EC">
        <w:rPr>
          <w:rFonts w:ascii="Arial" w:hAnsi="Arial" w:cs="Arial"/>
          <w:noProof/>
          <w:lang w:val="fr-FR"/>
        </w:rPr>
        <w:t>facturée</w:t>
      </w:r>
      <w:r w:rsidR="00A95C0B">
        <w:rPr>
          <w:rFonts w:ascii="Arial" w:hAnsi="Arial" w:cs="Arial"/>
          <w:noProof/>
          <w:lang w:val="fr-FR"/>
        </w:rPr>
        <w:t>.</w:t>
      </w:r>
    </w:p>
    <w:p w14:paraId="436C8B10" w14:textId="77777777" w:rsidR="00A95C0B" w:rsidRDefault="00A95C0B" w:rsidP="00A95C0B">
      <w:pPr>
        <w:pStyle w:val="Sansinterligne"/>
        <w:rPr>
          <w:rFonts w:ascii="Arial" w:hAnsi="Arial" w:cs="Arial"/>
          <w:b/>
          <w:bCs/>
          <w:noProof/>
          <w:lang w:val="fr-FR"/>
        </w:rPr>
      </w:pPr>
    </w:p>
    <w:p w14:paraId="136D131E" w14:textId="0FA837AC" w:rsidR="007A676C" w:rsidRPr="00A95C0B" w:rsidRDefault="00000000" w:rsidP="00A95C0B">
      <w:pPr>
        <w:pStyle w:val="Sansinterligne"/>
        <w:rPr>
          <w:rFonts w:ascii="Arial" w:hAnsi="Arial" w:cs="Arial"/>
          <w:b/>
          <w:bCs/>
          <w:noProof/>
          <w:lang w:val="fr-FR"/>
        </w:rPr>
      </w:pPr>
      <w:r w:rsidRPr="00A95C0B">
        <w:rPr>
          <w:rFonts w:ascii="Arial" w:hAnsi="Arial" w:cs="Arial"/>
          <w:b/>
          <w:bCs/>
          <w:noProof/>
          <w:lang w:val="fr-FR"/>
        </w:rPr>
        <w:t>4. CONFIDENTIALITÉ ET ENREGISTREMENT</w:t>
      </w:r>
    </w:p>
    <w:p w14:paraId="5A8317E0" w14:textId="77777777" w:rsidR="00BF2EC7" w:rsidRPr="00A95C0B" w:rsidRDefault="00BF2EC7" w:rsidP="00A95C0B">
      <w:pPr>
        <w:pStyle w:val="Sansinterligne"/>
        <w:rPr>
          <w:rFonts w:ascii="Arial" w:hAnsi="Arial" w:cs="Arial"/>
          <w:b/>
          <w:bCs/>
          <w:noProof/>
          <w:lang w:val="fr-FR"/>
        </w:rPr>
      </w:pPr>
    </w:p>
    <w:p w14:paraId="7237CC21" w14:textId="77777777" w:rsidR="007A676C" w:rsidRPr="00D250E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b/>
          <w:noProof/>
          <w:lang w:val="fr-FR"/>
        </w:rPr>
        <w:t>Confidentialité totale</w:t>
      </w:r>
    </w:p>
    <w:p w14:paraId="619F136F" w14:textId="6A7EFACA" w:rsidR="00BF2EC7" w:rsidRPr="00D250EC" w:rsidRDefault="00000000" w:rsidP="00BF2EC7">
      <w:pPr>
        <w:ind w:right="-412"/>
        <w:rPr>
          <w:rFonts w:ascii="Arial" w:hAnsi="Arial" w:cs="Arial"/>
          <w:b/>
          <w:noProof/>
          <w:lang w:val="fr-FR"/>
        </w:rPr>
      </w:pPr>
      <w:r w:rsidRPr="00D250EC">
        <w:rPr>
          <w:rFonts w:ascii="Arial" w:hAnsi="Arial" w:cs="Arial"/>
          <w:noProof/>
          <w:lang w:val="fr-FR"/>
        </w:rPr>
        <w:t>• Tout ce qui se dit pendant la séance reste strictement confidentiel</w:t>
      </w:r>
      <w:r w:rsidR="00A95C0B">
        <w:rPr>
          <w:rFonts w:ascii="Arial" w:hAnsi="Arial" w:cs="Arial"/>
          <w:noProof/>
          <w:lang w:val="fr-FR"/>
        </w:rPr>
        <w:t>.</w:t>
      </w:r>
      <w:r w:rsidRPr="00D250EC">
        <w:rPr>
          <w:rFonts w:ascii="Arial" w:hAnsi="Arial" w:cs="Arial"/>
          <w:noProof/>
          <w:lang w:val="fr-FR"/>
        </w:rPr>
        <w:br/>
        <w:t>• Assurez-vous d'être seul</w:t>
      </w:r>
      <w:r w:rsidR="00A95C0B">
        <w:rPr>
          <w:rFonts w:ascii="Arial" w:hAnsi="Arial" w:cs="Arial"/>
          <w:noProof/>
          <w:lang w:val="fr-FR"/>
        </w:rPr>
        <w:t>(e)</w:t>
      </w:r>
      <w:r w:rsidRPr="00D250EC">
        <w:rPr>
          <w:rFonts w:ascii="Arial" w:hAnsi="Arial" w:cs="Arial"/>
          <w:noProof/>
          <w:lang w:val="fr-FR"/>
        </w:rPr>
        <w:t xml:space="preserve"> dans la pièce pour préserver votre intimité</w:t>
      </w:r>
      <w:r w:rsidR="00A95C0B">
        <w:rPr>
          <w:rFonts w:ascii="Arial" w:hAnsi="Arial" w:cs="Arial"/>
          <w:noProof/>
          <w:lang w:val="fr-FR"/>
        </w:rPr>
        <w:t>.</w:t>
      </w:r>
      <w:r w:rsidRPr="00D250EC">
        <w:rPr>
          <w:rFonts w:ascii="Arial" w:hAnsi="Arial" w:cs="Arial"/>
          <w:noProof/>
          <w:lang w:val="fr-FR"/>
        </w:rPr>
        <w:br/>
      </w:r>
    </w:p>
    <w:p w14:paraId="2EB9767F" w14:textId="503A1691" w:rsidR="007A676C" w:rsidRPr="00D250E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b/>
          <w:noProof/>
          <w:lang w:val="fr-FR"/>
        </w:rPr>
        <w:t xml:space="preserve">Enregistrement </w:t>
      </w:r>
      <w:r w:rsidR="00A95C0B">
        <w:rPr>
          <w:rFonts w:ascii="Arial" w:hAnsi="Arial" w:cs="Arial"/>
          <w:b/>
          <w:noProof/>
          <w:lang w:val="fr-FR"/>
        </w:rPr>
        <w:t>interdit</w:t>
      </w:r>
    </w:p>
    <w:p w14:paraId="1C03B291" w14:textId="6FE016DF" w:rsidR="007A676C" w:rsidRPr="00D250EC" w:rsidRDefault="00000000" w:rsidP="00A95C0B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noProof/>
          <w:lang w:val="fr-FR"/>
        </w:rPr>
        <w:t xml:space="preserve">• Il est strictement </w:t>
      </w:r>
      <w:r w:rsidR="00A95C0B">
        <w:rPr>
          <w:rFonts w:ascii="Arial" w:hAnsi="Arial" w:cs="Arial"/>
          <w:noProof/>
          <w:lang w:val="fr-FR"/>
        </w:rPr>
        <w:t>interdit</w:t>
      </w:r>
      <w:r w:rsidRPr="00D250EC">
        <w:rPr>
          <w:rFonts w:ascii="Arial" w:hAnsi="Arial" w:cs="Arial"/>
          <w:noProof/>
          <w:lang w:val="fr-FR"/>
        </w:rPr>
        <w:t xml:space="preserve"> d'enregistrer la séance (audio ou vidéo) sans mon accord préalable écrit</w:t>
      </w:r>
      <w:r w:rsidR="00A95C0B">
        <w:rPr>
          <w:rFonts w:ascii="Arial" w:hAnsi="Arial" w:cs="Arial"/>
          <w:noProof/>
          <w:lang w:val="fr-FR"/>
        </w:rPr>
        <w:t>.</w:t>
      </w:r>
      <w:r w:rsidRPr="00D250EC">
        <w:rPr>
          <w:rFonts w:ascii="Arial" w:hAnsi="Arial" w:cs="Arial"/>
          <w:noProof/>
          <w:lang w:val="fr-FR"/>
        </w:rPr>
        <w:br/>
        <w:t xml:space="preserve">• Si vous souhaitez enregistrer pour une raison particulière, merci de me le demander </w:t>
      </w:r>
      <w:r w:rsidR="00A95C0B">
        <w:rPr>
          <w:rFonts w:ascii="Arial" w:hAnsi="Arial" w:cs="Arial"/>
          <w:noProof/>
          <w:lang w:val="fr-FR"/>
        </w:rPr>
        <w:t>avant</w:t>
      </w:r>
      <w:r w:rsidRPr="00D250EC">
        <w:rPr>
          <w:rFonts w:ascii="Arial" w:hAnsi="Arial" w:cs="Arial"/>
          <w:noProof/>
          <w:lang w:val="fr-FR"/>
        </w:rPr>
        <w:t xml:space="preserve"> la séance</w:t>
      </w:r>
      <w:r w:rsidR="00A95C0B">
        <w:rPr>
          <w:rFonts w:ascii="Arial" w:hAnsi="Arial" w:cs="Arial"/>
          <w:noProof/>
          <w:lang w:val="fr-FR"/>
        </w:rPr>
        <w:t>. Un formulaire de consentement à l'enregistrement / captation vidéo vous sera envoyé avant la séance.</w:t>
      </w:r>
    </w:p>
    <w:p w14:paraId="54E622A4" w14:textId="77777777" w:rsidR="007A676C" w:rsidRPr="00D250EC" w:rsidRDefault="007A676C" w:rsidP="00BF2EC7">
      <w:pPr>
        <w:ind w:right="-412"/>
        <w:rPr>
          <w:rFonts w:ascii="Arial" w:hAnsi="Arial" w:cs="Arial"/>
          <w:noProof/>
          <w:lang w:val="fr-FR"/>
        </w:rPr>
      </w:pPr>
    </w:p>
    <w:p w14:paraId="1BCBCFBD" w14:textId="77777777" w:rsidR="007A676C" w:rsidRPr="00A95C0B" w:rsidRDefault="00000000" w:rsidP="00A95C0B">
      <w:pPr>
        <w:pStyle w:val="Sansinterligne"/>
        <w:rPr>
          <w:rFonts w:ascii="Arial" w:hAnsi="Arial" w:cs="Arial"/>
          <w:b/>
          <w:bCs/>
          <w:noProof/>
          <w:color w:val="000000" w:themeColor="text1"/>
          <w:lang w:val="fr-FR"/>
        </w:rPr>
      </w:pPr>
      <w:r w:rsidRPr="00A95C0B">
        <w:rPr>
          <w:rFonts w:ascii="Arial" w:hAnsi="Arial" w:cs="Arial"/>
          <w:b/>
          <w:bCs/>
          <w:noProof/>
          <w:color w:val="000000" w:themeColor="text1"/>
          <w:lang w:val="fr-FR"/>
        </w:rPr>
        <w:t>5. PENDANT LA SÉANCE</w:t>
      </w:r>
    </w:p>
    <w:p w14:paraId="74ED372F" w14:textId="77777777" w:rsidR="00BF2EC7" w:rsidRPr="00A95C0B" w:rsidRDefault="00BF2EC7" w:rsidP="00A95C0B">
      <w:pPr>
        <w:pStyle w:val="Sansinterligne"/>
        <w:rPr>
          <w:rFonts w:ascii="Arial" w:hAnsi="Arial" w:cs="Arial"/>
          <w:b/>
          <w:bCs/>
          <w:noProof/>
          <w:color w:val="000000" w:themeColor="text1"/>
          <w:lang w:val="fr-FR"/>
        </w:rPr>
      </w:pPr>
    </w:p>
    <w:p w14:paraId="598B8C03" w14:textId="77777777" w:rsidR="007A676C" w:rsidRPr="00D250E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b/>
          <w:noProof/>
          <w:lang w:val="fr-FR"/>
        </w:rPr>
        <w:t>En cas de problème technique</w:t>
      </w:r>
    </w:p>
    <w:p w14:paraId="4BA29FA8" w14:textId="65542EC6" w:rsidR="00A95C0B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noProof/>
          <w:lang w:val="fr-FR"/>
        </w:rPr>
        <w:t>• Connexion coupée : Reconnectez-vous immédiatement via le même lien</w:t>
      </w:r>
      <w:r w:rsidRPr="00D250EC">
        <w:rPr>
          <w:rFonts w:ascii="Arial" w:hAnsi="Arial" w:cs="Arial"/>
          <w:noProof/>
          <w:lang w:val="fr-FR"/>
        </w:rPr>
        <w:br/>
        <w:t>• Son/image défaillant : Signalez-le immédiatement, on trouvera une solution</w:t>
      </w:r>
      <w:r w:rsidRPr="00D250EC">
        <w:rPr>
          <w:rFonts w:ascii="Arial" w:hAnsi="Arial" w:cs="Arial"/>
          <w:noProof/>
          <w:lang w:val="fr-FR"/>
        </w:rPr>
        <w:br/>
        <w:t xml:space="preserve">• Problème persistant : </w:t>
      </w:r>
    </w:p>
    <w:p w14:paraId="520C735B" w14:textId="1A8CC57E" w:rsidR="00A95C0B" w:rsidRPr="00A95C0B" w:rsidRDefault="00A95C0B" w:rsidP="00BF2EC7">
      <w:pPr>
        <w:ind w:right="-412"/>
        <w:rPr>
          <w:rFonts w:ascii="Arial" w:hAnsi="Arial" w:cs="Arial"/>
          <w:b/>
          <w:bCs/>
          <w:noProof/>
          <w:lang w:val="fr-FR"/>
        </w:rPr>
      </w:pPr>
      <w:r w:rsidRPr="00A95C0B">
        <w:rPr>
          <w:rFonts w:ascii="Arial" w:hAnsi="Arial" w:cs="Arial"/>
          <w:b/>
          <w:bCs/>
          <w:noProof/>
          <w:highlight w:val="lightGray"/>
          <w:lang w:val="fr-FR"/>
        </w:rPr>
        <w:t>OPTION 1</w:t>
      </w:r>
    </w:p>
    <w:p w14:paraId="598729AD" w14:textId="699346B5" w:rsidR="007A676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noProof/>
          <w:lang w:val="fr-FR"/>
        </w:rPr>
        <w:t>Je vous appellerai par téléphone pour continuer la séance à l'audio uniquement</w:t>
      </w:r>
      <w:r w:rsidR="00A95C0B">
        <w:rPr>
          <w:rFonts w:ascii="Arial" w:hAnsi="Arial" w:cs="Arial"/>
          <w:noProof/>
          <w:lang w:val="fr-FR"/>
        </w:rPr>
        <w:t>.</w:t>
      </w:r>
    </w:p>
    <w:p w14:paraId="6B680016" w14:textId="05BEF7C3" w:rsidR="00A95C0B" w:rsidRPr="00A95C0B" w:rsidRDefault="00A95C0B" w:rsidP="00BF2EC7">
      <w:pPr>
        <w:ind w:right="-412"/>
        <w:rPr>
          <w:rFonts w:ascii="Arial" w:hAnsi="Arial" w:cs="Arial"/>
          <w:b/>
          <w:bCs/>
          <w:noProof/>
          <w:lang w:val="fr-FR"/>
        </w:rPr>
      </w:pPr>
      <w:r w:rsidRPr="00A95C0B">
        <w:rPr>
          <w:rFonts w:ascii="Arial" w:hAnsi="Arial" w:cs="Arial"/>
          <w:b/>
          <w:bCs/>
          <w:noProof/>
          <w:highlight w:val="lightGray"/>
          <w:lang w:val="fr-FR"/>
        </w:rPr>
        <w:lastRenderedPageBreak/>
        <w:t>OPTION 2</w:t>
      </w:r>
      <w:r w:rsidRPr="00A95C0B">
        <w:rPr>
          <w:rFonts w:ascii="Arial" w:hAnsi="Arial" w:cs="Arial"/>
          <w:b/>
          <w:bCs/>
          <w:noProof/>
          <w:lang w:val="fr-FR"/>
        </w:rPr>
        <w:t xml:space="preserve"> </w:t>
      </w:r>
    </w:p>
    <w:p w14:paraId="7C7C11C2" w14:textId="23B49DAA" w:rsidR="00A95C0B" w:rsidRPr="00D250EC" w:rsidRDefault="00A95C0B" w:rsidP="00BF2EC7">
      <w:pPr>
        <w:ind w:right="-412"/>
        <w:rPr>
          <w:rFonts w:ascii="Arial" w:hAnsi="Arial" w:cs="Arial"/>
          <w:noProof/>
          <w:lang w:val="fr-FR"/>
        </w:rPr>
      </w:pPr>
      <w:r>
        <w:rPr>
          <w:rFonts w:ascii="Arial" w:hAnsi="Arial" w:cs="Arial"/>
          <w:noProof/>
          <w:lang w:val="fr-FR"/>
        </w:rPr>
        <w:t xml:space="preserve">Si le problème se produit dans les </w:t>
      </w:r>
      <w:r w:rsidRPr="00A95C0B">
        <w:rPr>
          <w:rFonts w:ascii="Arial" w:hAnsi="Arial" w:cs="Arial"/>
          <w:noProof/>
          <w:highlight w:val="yellow"/>
          <w:lang w:val="fr-FR"/>
        </w:rPr>
        <w:t>[</w:t>
      </w:r>
      <w:r>
        <w:rPr>
          <w:rFonts w:ascii="Arial" w:hAnsi="Arial" w:cs="Arial"/>
          <w:noProof/>
          <w:highlight w:val="yellow"/>
          <w:lang w:val="fr-FR"/>
        </w:rPr>
        <w:t xml:space="preserve">15 </w:t>
      </w:r>
      <w:r w:rsidRPr="00A95C0B">
        <w:rPr>
          <w:rFonts w:ascii="Arial" w:hAnsi="Arial" w:cs="Arial"/>
          <w:noProof/>
          <w:highlight w:val="yellow"/>
          <w:lang w:val="fr-FR"/>
        </w:rPr>
        <w:t>minutes]</w:t>
      </w:r>
      <w:r w:rsidRPr="00D250EC">
        <w:rPr>
          <w:rFonts w:ascii="Arial" w:hAnsi="Arial" w:cs="Arial"/>
          <w:noProof/>
          <w:lang w:val="fr-FR"/>
        </w:rPr>
        <w:t xml:space="preserve"> </w:t>
      </w:r>
      <w:r>
        <w:rPr>
          <w:rFonts w:ascii="Arial" w:hAnsi="Arial" w:cs="Arial"/>
          <w:noProof/>
          <w:lang w:val="fr-FR"/>
        </w:rPr>
        <w:t xml:space="preserve">après le début de la séance, je vous contacterai pour fixer un autre rendez-vous. </w:t>
      </w:r>
    </w:p>
    <w:p w14:paraId="154E3E68" w14:textId="77777777" w:rsidR="00BF2EC7" w:rsidRPr="00D250EC" w:rsidRDefault="00BF2EC7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b/>
          <w:noProof/>
          <w:lang w:val="fr-FR"/>
        </w:rPr>
        <w:t>Avis</w:t>
      </w:r>
    </w:p>
    <w:p w14:paraId="75BCE908" w14:textId="07F16C8E" w:rsidR="007A676C" w:rsidRPr="00D250E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noProof/>
          <w:lang w:val="fr-FR"/>
        </w:rPr>
        <w:t>Vos retours sont précieux</w:t>
      </w:r>
      <w:r w:rsidR="00A95C0B">
        <w:rPr>
          <w:rFonts w:ascii="Arial" w:hAnsi="Arial" w:cs="Arial"/>
          <w:noProof/>
          <w:lang w:val="fr-FR"/>
        </w:rPr>
        <w:t xml:space="preserve">. </w:t>
      </w:r>
      <w:r w:rsidRPr="00D250EC">
        <w:rPr>
          <w:rFonts w:ascii="Arial" w:hAnsi="Arial" w:cs="Arial"/>
          <w:noProof/>
          <w:lang w:val="fr-FR"/>
        </w:rPr>
        <w:t>N'hésitez pas à me faire part de votre ressenti par email ou lors de la prochaine séance</w:t>
      </w:r>
    </w:p>
    <w:p w14:paraId="6B44BC28" w14:textId="77777777" w:rsidR="007A676C" w:rsidRPr="00D250EC" w:rsidRDefault="00000000" w:rsidP="00BF2EC7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noProof/>
          <w:lang w:val="fr-FR"/>
        </w:rPr>
        <w:t>________________________________________________________________________________</w:t>
      </w:r>
    </w:p>
    <w:p w14:paraId="46F34C15" w14:textId="77777777" w:rsidR="007A676C" w:rsidRPr="00A95C0B" w:rsidRDefault="00000000" w:rsidP="00BF2EC7">
      <w:pPr>
        <w:pStyle w:val="Titre1"/>
        <w:ind w:right="-412"/>
        <w:rPr>
          <w:rFonts w:ascii="Arial" w:hAnsi="Arial" w:cs="Arial"/>
          <w:noProof/>
          <w:color w:val="000000" w:themeColor="text1"/>
          <w:sz w:val="22"/>
          <w:szCs w:val="22"/>
          <w:lang w:val="fr-FR"/>
        </w:rPr>
      </w:pPr>
      <w:r w:rsidRPr="00A95C0B">
        <w:rPr>
          <w:rFonts w:ascii="Arial" w:hAnsi="Arial" w:cs="Arial"/>
          <w:noProof/>
          <w:color w:val="000000" w:themeColor="text1"/>
          <w:sz w:val="22"/>
          <w:szCs w:val="22"/>
          <w:lang w:val="fr-FR"/>
        </w:rPr>
        <w:t>CONTACT EN CAS DE QUESTION</w:t>
      </w:r>
    </w:p>
    <w:p w14:paraId="0AF0F48D" w14:textId="395C6903" w:rsidR="00A95C0B" w:rsidRPr="00D250EC" w:rsidRDefault="00000000" w:rsidP="00A95C0B">
      <w:pPr>
        <w:ind w:right="-412"/>
        <w:rPr>
          <w:rFonts w:ascii="Arial" w:hAnsi="Arial" w:cs="Arial"/>
          <w:noProof/>
          <w:lang w:val="fr-FR"/>
        </w:rPr>
      </w:pPr>
      <w:r w:rsidRPr="00D250EC">
        <w:rPr>
          <w:rFonts w:ascii="Arial" w:hAnsi="Arial" w:cs="Arial"/>
          <w:noProof/>
          <w:lang w:val="fr-FR"/>
        </w:rPr>
        <w:t>Si vous avez la moindre question avant la séance, n'hésitez pas à me contacter :</w:t>
      </w:r>
      <w:r w:rsidR="00A95C0B">
        <w:rPr>
          <w:rFonts w:ascii="Arial" w:hAnsi="Arial" w:cs="Arial"/>
          <w:noProof/>
          <w:lang w:val="fr-FR"/>
        </w:rPr>
        <w:t xml:space="preserve"> </w:t>
      </w:r>
      <w:r w:rsidR="00A95C0B" w:rsidRPr="00A95C0B">
        <w:rPr>
          <w:rFonts w:ascii="Arial" w:hAnsi="Arial" w:cs="Arial"/>
          <w:noProof/>
          <w:highlight w:val="yellow"/>
          <w:lang w:val="fr-FR"/>
        </w:rPr>
        <w:t>[</w:t>
      </w:r>
      <w:r w:rsidR="00A95C0B" w:rsidRPr="00A95C0B">
        <w:rPr>
          <w:rFonts w:ascii="Arial" w:hAnsi="Arial" w:cs="Arial"/>
          <w:noProof/>
          <w:highlight w:val="yellow"/>
          <w:lang w:val="fr-FR"/>
        </w:rPr>
        <w:t>votre e-mail</w:t>
      </w:r>
      <w:r w:rsidR="00A95C0B" w:rsidRPr="00A95C0B">
        <w:rPr>
          <w:rFonts w:ascii="Arial" w:hAnsi="Arial" w:cs="Arial"/>
          <w:noProof/>
          <w:highlight w:val="yellow"/>
          <w:lang w:val="fr-FR"/>
        </w:rPr>
        <w:t>]</w:t>
      </w:r>
    </w:p>
    <w:p w14:paraId="7C243B98" w14:textId="293560EC" w:rsidR="007A676C" w:rsidRDefault="007A676C" w:rsidP="00BF2EC7">
      <w:pPr>
        <w:ind w:right="-412"/>
        <w:rPr>
          <w:rFonts w:ascii="Arial" w:hAnsi="Arial" w:cs="Arial"/>
          <w:noProof/>
          <w:lang w:val="fr-FR"/>
        </w:rPr>
      </w:pPr>
    </w:p>
    <w:p w14:paraId="461A3219" w14:textId="77777777" w:rsidR="00A95C0B" w:rsidRPr="00D250EC" w:rsidRDefault="00A95C0B" w:rsidP="00BF2EC7">
      <w:pPr>
        <w:ind w:right="-412"/>
        <w:rPr>
          <w:rFonts w:ascii="Arial" w:hAnsi="Arial" w:cs="Arial"/>
          <w:noProof/>
          <w:lang w:val="fr-FR"/>
        </w:rPr>
      </w:pPr>
    </w:p>
    <w:sectPr w:rsidR="00A95C0B" w:rsidRPr="00D250E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5897095">
    <w:abstractNumId w:val="8"/>
  </w:num>
  <w:num w:numId="2" w16cid:durableId="691303918">
    <w:abstractNumId w:val="6"/>
  </w:num>
  <w:num w:numId="3" w16cid:durableId="1693845620">
    <w:abstractNumId w:val="5"/>
  </w:num>
  <w:num w:numId="4" w16cid:durableId="1469318342">
    <w:abstractNumId w:val="4"/>
  </w:num>
  <w:num w:numId="5" w16cid:durableId="1633558074">
    <w:abstractNumId w:val="7"/>
  </w:num>
  <w:num w:numId="6" w16cid:durableId="307832089">
    <w:abstractNumId w:val="3"/>
  </w:num>
  <w:num w:numId="7" w16cid:durableId="1273709039">
    <w:abstractNumId w:val="2"/>
  </w:num>
  <w:num w:numId="8" w16cid:durableId="1139952785">
    <w:abstractNumId w:val="1"/>
  </w:num>
  <w:num w:numId="9" w16cid:durableId="686836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73925"/>
    <w:rsid w:val="007A676C"/>
    <w:rsid w:val="00810C2B"/>
    <w:rsid w:val="00A95C0B"/>
    <w:rsid w:val="00AA1D8D"/>
    <w:rsid w:val="00AD7261"/>
    <w:rsid w:val="00B47730"/>
    <w:rsid w:val="00BF2EC7"/>
    <w:rsid w:val="00CB0664"/>
    <w:rsid w:val="00D250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04653E"/>
  <w14:defaultImageDpi w14:val="300"/>
  <w15:docId w15:val="{446245D0-FEF8-D84D-B415-C51EA754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s-markdown-paragraph">
    <w:name w:val="ds-markdown-paragraph"/>
    <w:basedOn w:val="Normal"/>
    <w:rsid w:val="00D25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607</Words>
  <Characters>3324</Characters>
  <Application>Microsoft Office Word</Application>
  <DocSecurity>0</DocSecurity>
  <Lines>83</Lines>
  <Paragraphs>49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Malvina Faure</cp:lastModifiedBy>
  <cp:revision>4</cp:revision>
  <dcterms:created xsi:type="dcterms:W3CDTF">2026-03-28T14:40:00Z</dcterms:created>
  <dcterms:modified xsi:type="dcterms:W3CDTF">2026-05-11T08:40:00Z</dcterms:modified>
  <cp:category/>
</cp:coreProperties>
</file>