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01711D" w14:textId="77777777" w:rsidR="00993A8B" w:rsidRDefault="00993A8B" w:rsidP="00231B8B">
      <w:pPr>
        <w:spacing w:line="276" w:lineRule="auto"/>
        <w:rPr>
          <w:rFonts w:ascii="Arial" w:hAnsi="Arial" w:cs="Arial"/>
          <w:color w:val="365F91" w:themeColor="accent1" w:themeShade="BF"/>
          <w:sz w:val="22"/>
          <w:szCs w:val="22"/>
        </w:rPr>
      </w:pPr>
    </w:p>
    <w:p w14:paraId="2C370543" w14:textId="72162930" w:rsidR="00670CF3" w:rsidRPr="00670CF3" w:rsidRDefault="00670CF3" w:rsidP="00670CF3">
      <w:pPr>
        <w:jc w:val="center"/>
        <w:rPr>
          <w:rFonts w:ascii="Arial" w:hAnsi="Arial" w:cs="Arial"/>
          <w:b/>
          <w:bCs/>
          <w:color w:val="4F81BD" w:themeColor="accent1"/>
          <w:sz w:val="22"/>
          <w:szCs w:val="22"/>
        </w:rPr>
      </w:pPr>
      <w:r w:rsidRPr="00670CF3">
        <w:rPr>
          <w:rFonts w:ascii="Arial" w:hAnsi="Arial" w:cs="Arial"/>
          <w:b/>
          <w:bCs/>
          <w:color w:val="4F81BD" w:themeColor="accent1"/>
          <w:sz w:val="22"/>
          <w:szCs w:val="22"/>
        </w:rPr>
        <w:t>MODÈLE D'AFFICHE D'</w:t>
      </w:r>
      <w:r w:rsidRPr="00670CF3">
        <w:rPr>
          <w:rFonts w:ascii="Arial" w:hAnsi="Arial" w:cs="Arial"/>
          <w:b/>
          <w:bCs/>
          <w:color w:val="4F81BD" w:themeColor="accent1"/>
          <w:sz w:val="22"/>
          <w:szCs w:val="22"/>
        </w:rPr>
        <w:t>INFORMATIONS PRÉCONTRACTUELLES</w:t>
      </w:r>
      <w:r w:rsidRPr="00670CF3">
        <w:rPr>
          <w:rFonts w:ascii="Arial" w:hAnsi="Arial" w:cs="Arial"/>
          <w:b/>
          <w:bCs/>
          <w:color w:val="4F81BD" w:themeColor="accent1"/>
          <w:sz w:val="22"/>
          <w:szCs w:val="22"/>
        </w:rPr>
        <w:t xml:space="preserve"> (SALLE D'ACCUEIL)</w:t>
      </w:r>
    </w:p>
    <w:p w14:paraId="58B51DFC" w14:textId="77777777" w:rsidR="00670CF3" w:rsidRPr="007313BA" w:rsidRDefault="00670CF3" w:rsidP="00670CF3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14:paraId="03FFD53B" w14:textId="78B179BA" w:rsidR="00F90A20" w:rsidRPr="007313BA" w:rsidRDefault="00231B8B" w:rsidP="007313BA">
      <w:pPr>
        <w:pStyle w:val="Paragraphedeliste"/>
        <w:numPr>
          <w:ilvl w:val="0"/>
          <w:numId w:val="16"/>
        </w:numPr>
        <w:spacing w:line="360" w:lineRule="auto"/>
        <w:ind w:left="284" w:hanging="284"/>
        <w:rPr>
          <w:rFonts w:ascii="Arial" w:hAnsi="Arial" w:cs="Arial"/>
          <w:i/>
          <w:iCs/>
          <w:color w:val="365F91" w:themeColor="accent1" w:themeShade="BF"/>
          <w:sz w:val="22"/>
          <w:szCs w:val="22"/>
        </w:rPr>
      </w:pPr>
      <w:r w:rsidRPr="007313BA">
        <w:rPr>
          <w:rFonts w:ascii="Arial" w:hAnsi="Arial" w:cs="Arial"/>
          <w:i/>
          <w:iCs/>
          <w:color w:val="365F91" w:themeColor="accent1" w:themeShade="BF"/>
          <w:sz w:val="22"/>
          <w:szCs w:val="22"/>
        </w:rPr>
        <w:t xml:space="preserve">Commencez par personnaliser la version complète de vos CGV. </w:t>
      </w:r>
    </w:p>
    <w:p w14:paraId="69FD90CC" w14:textId="77777777" w:rsidR="007313BA" w:rsidRDefault="00231B8B" w:rsidP="007313BA">
      <w:pPr>
        <w:pStyle w:val="Paragraphedeliste"/>
        <w:numPr>
          <w:ilvl w:val="0"/>
          <w:numId w:val="16"/>
        </w:numPr>
        <w:spacing w:line="360" w:lineRule="auto"/>
        <w:ind w:left="284" w:hanging="284"/>
        <w:rPr>
          <w:rFonts w:ascii="Arial" w:hAnsi="Arial" w:cs="Arial"/>
          <w:i/>
          <w:iCs/>
          <w:color w:val="365F91" w:themeColor="accent1" w:themeShade="BF"/>
          <w:sz w:val="22"/>
          <w:szCs w:val="22"/>
        </w:rPr>
      </w:pPr>
      <w:r w:rsidRPr="007313BA">
        <w:rPr>
          <w:rFonts w:ascii="Arial" w:hAnsi="Arial" w:cs="Arial"/>
          <w:i/>
          <w:iCs/>
          <w:color w:val="365F91" w:themeColor="accent1" w:themeShade="BF"/>
          <w:sz w:val="22"/>
          <w:szCs w:val="22"/>
        </w:rPr>
        <w:t>Puis personnalisez ce modèle d'affiche, qui est un extrait de vos CGV. Les deux documents doivent être homogènes.</w:t>
      </w:r>
    </w:p>
    <w:p w14:paraId="250DC5A3" w14:textId="1E25E538" w:rsidR="007313BA" w:rsidRPr="00EC39E7" w:rsidRDefault="007313BA" w:rsidP="007313BA">
      <w:pPr>
        <w:pStyle w:val="Paragraphedeliste"/>
        <w:numPr>
          <w:ilvl w:val="0"/>
          <w:numId w:val="16"/>
        </w:numPr>
        <w:spacing w:line="360" w:lineRule="auto"/>
        <w:ind w:left="284" w:hanging="284"/>
        <w:rPr>
          <w:rFonts w:ascii="Arial" w:hAnsi="Arial" w:cs="Arial"/>
          <w:i/>
          <w:iCs/>
          <w:color w:val="365F91" w:themeColor="accent1" w:themeShade="BF"/>
          <w:sz w:val="22"/>
          <w:szCs w:val="22"/>
        </w:rPr>
      </w:pPr>
      <w:r w:rsidRPr="007313BA">
        <w:rPr>
          <w:rFonts w:ascii="Arial" w:hAnsi="Arial" w:cs="Arial"/>
          <w:i/>
          <w:iCs/>
          <w:color w:val="365F91" w:themeColor="accent1" w:themeShade="BF"/>
          <w:sz w:val="22"/>
          <w:szCs w:val="22"/>
        </w:rPr>
        <w:t xml:space="preserve">Imprimez l'affiche sur une feuille A4 - choix de police de caractère </w:t>
      </w:r>
      <w:r w:rsidRPr="007313BA">
        <w:rPr>
          <w:rFonts w:ascii="Arial" w:hAnsi="Arial" w:cs="Arial"/>
          <w:b/>
          <w:bCs/>
          <w:i/>
          <w:iCs/>
          <w:color w:val="365F91" w:themeColor="accent1" w:themeShade="BF"/>
          <w:sz w:val="22"/>
          <w:szCs w:val="22"/>
        </w:rPr>
        <w:t xml:space="preserve">lisible </w:t>
      </w:r>
    </w:p>
    <w:p w14:paraId="5018169A" w14:textId="77777777" w:rsidR="00EC39E7" w:rsidRDefault="00EC39E7" w:rsidP="00EC39E7">
      <w:pPr>
        <w:rPr>
          <w:rFonts w:ascii="Arial" w:hAnsi="Arial" w:cs="Arial"/>
          <w:i/>
          <w:iCs/>
          <w:color w:val="365F91" w:themeColor="accent1" w:themeShade="BF"/>
          <w:sz w:val="22"/>
          <w:szCs w:val="22"/>
          <w:highlight w:val="yellow"/>
        </w:rPr>
      </w:pPr>
    </w:p>
    <w:p w14:paraId="15CAE85E" w14:textId="77E0A637" w:rsidR="007313BA" w:rsidRPr="007313BA" w:rsidRDefault="00EC39E7" w:rsidP="007313BA">
      <w:pPr>
        <w:spacing w:line="360" w:lineRule="auto"/>
        <w:rPr>
          <w:rFonts w:ascii="Arial" w:hAnsi="Arial" w:cs="Arial"/>
          <w:i/>
          <w:iCs/>
          <w:color w:val="365F91" w:themeColor="accent1" w:themeShade="BF"/>
          <w:sz w:val="22"/>
          <w:szCs w:val="22"/>
        </w:rPr>
      </w:pPr>
      <w:r>
        <w:rPr>
          <w:rFonts w:ascii="Arial" w:hAnsi="Arial" w:cs="Arial"/>
          <w:i/>
          <w:iCs/>
          <w:color w:val="365F91" w:themeColor="accent1" w:themeShade="BF"/>
          <w:sz w:val="22"/>
          <w:szCs w:val="22"/>
          <w:highlight w:val="yellow"/>
        </w:rPr>
        <w:t>S</w:t>
      </w:r>
      <w:r w:rsidR="007313BA" w:rsidRPr="007313BA">
        <w:rPr>
          <w:rFonts w:ascii="Arial" w:hAnsi="Arial" w:cs="Arial"/>
          <w:i/>
          <w:iCs/>
          <w:color w:val="365F91" w:themeColor="accent1" w:themeShade="BF"/>
          <w:sz w:val="22"/>
          <w:szCs w:val="22"/>
          <w:highlight w:val="yellow"/>
        </w:rPr>
        <w:t>urligné en jaune  : à personnaliser (compléter, supprimer ...)</w:t>
      </w:r>
    </w:p>
    <w:p w14:paraId="494FC31B" w14:textId="00A4C1D8" w:rsidR="00231B8B" w:rsidRPr="007313BA" w:rsidRDefault="00231B8B" w:rsidP="00231B8B">
      <w:pPr>
        <w:spacing w:line="276" w:lineRule="auto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7313BA">
        <w:rPr>
          <w:rFonts w:ascii="Arial" w:hAnsi="Arial" w:cs="Arial"/>
          <w:b/>
          <w:bCs/>
          <w:color w:val="000000" w:themeColor="text1"/>
          <w:sz w:val="22"/>
          <w:szCs w:val="22"/>
        </w:rPr>
        <w:t>————————————————————————————————————————————————</w:t>
      </w:r>
    </w:p>
    <w:p w14:paraId="2E233DBD" w14:textId="77777777" w:rsidR="00231B8B" w:rsidRPr="007313BA" w:rsidRDefault="00231B8B" w:rsidP="00231B8B">
      <w:pPr>
        <w:spacing w:line="276" w:lineRule="auto"/>
        <w:rPr>
          <w:rFonts w:ascii="Arial" w:hAnsi="Arial" w:cs="Arial"/>
          <w:b/>
          <w:bCs/>
          <w:color w:val="365F91" w:themeColor="accent1" w:themeShade="BF"/>
          <w:sz w:val="22"/>
          <w:szCs w:val="22"/>
        </w:rPr>
      </w:pPr>
    </w:p>
    <w:p w14:paraId="3BD0FFC2" w14:textId="09141263" w:rsidR="00CF75AC" w:rsidRDefault="007313BA" w:rsidP="00231B8B">
      <w:pPr>
        <w:spacing w:line="360" w:lineRule="auto"/>
        <w:rPr>
          <w:rFonts w:ascii="Arial" w:hAnsi="Arial" w:cs="Arial"/>
          <w:sz w:val="22"/>
          <w:szCs w:val="22"/>
        </w:rPr>
      </w:pPr>
      <w:r w:rsidRPr="007313BA">
        <w:rPr>
          <w:rFonts w:ascii="Arial" w:hAnsi="Arial" w:cs="Arial"/>
          <w:sz w:val="22"/>
          <w:szCs w:val="22"/>
          <w:highlight w:val="yellow"/>
        </w:rPr>
        <w:t>[Nom] [Raison sociale]</w:t>
      </w:r>
      <w:r w:rsidRPr="007313BA">
        <w:rPr>
          <w:rFonts w:ascii="Arial" w:hAnsi="Arial" w:cs="Arial"/>
          <w:sz w:val="22"/>
          <w:szCs w:val="22"/>
        </w:rPr>
        <w:t xml:space="preserve"> :</w:t>
      </w:r>
      <w:r>
        <w:rPr>
          <w:rFonts w:ascii="Arial" w:hAnsi="Arial" w:cs="Arial"/>
          <w:sz w:val="22"/>
          <w:szCs w:val="22"/>
        </w:rPr>
        <w:t xml:space="preserve"> </w:t>
      </w:r>
      <w:r w:rsidRPr="007313BA">
        <w:rPr>
          <w:rFonts w:ascii="Arial" w:hAnsi="Arial" w:cs="Arial"/>
          <w:sz w:val="22"/>
          <w:szCs w:val="22"/>
          <w:highlight w:val="yellow"/>
        </w:rPr>
        <w:t>[Votre nom ou nom commercial]</w:t>
      </w:r>
      <w:r w:rsidRPr="007313BA">
        <w:rPr>
          <w:rFonts w:ascii="Arial" w:hAnsi="Arial" w:cs="Arial"/>
          <w:sz w:val="22"/>
          <w:szCs w:val="22"/>
        </w:rPr>
        <w:t xml:space="preserve">  </w:t>
      </w:r>
    </w:p>
    <w:p w14:paraId="5C16340A" w14:textId="75D07C1B" w:rsidR="00670CF3" w:rsidRPr="007313BA" w:rsidRDefault="00670CF3" w:rsidP="00231B8B">
      <w:p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Hypnothérapeute</w:t>
      </w:r>
    </w:p>
    <w:p w14:paraId="04CFF1FC" w14:textId="0EC70AE5" w:rsidR="00CF75AC" w:rsidRPr="007313BA" w:rsidRDefault="00000000" w:rsidP="00231B8B">
      <w:pPr>
        <w:spacing w:line="360" w:lineRule="auto"/>
        <w:rPr>
          <w:rFonts w:ascii="Arial" w:hAnsi="Arial" w:cs="Arial"/>
          <w:sz w:val="22"/>
          <w:szCs w:val="22"/>
        </w:rPr>
      </w:pPr>
      <w:r w:rsidRPr="007313BA">
        <w:rPr>
          <w:rFonts w:ascii="Arial" w:hAnsi="Arial" w:cs="Arial"/>
          <w:sz w:val="22"/>
          <w:szCs w:val="22"/>
        </w:rPr>
        <w:t>Téléphone :</w:t>
      </w:r>
      <w:r w:rsidR="007313BA" w:rsidRPr="007313BA">
        <w:rPr>
          <w:rFonts w:ascii="Arial" w:hAnsi="Arial" w:cs="Arial"/>
          <w:sz w:val="22"/>
          <w:szCs w:val="22"/>
          <w:highlight w:val="yellow"/>
        </w:rPr>
        <w:t xml:space="preserve"> [</w:t>
      </w:r>
      <w:r w:rsidR="007313BA" w:rsidRPr="007313BA">
        <w:rPr>
          <w:rFonts w:ascii="Arial" w:hAnsi="Arial" w:cs="Arial"/>
          <w:color w:val="000000" w:themeColor="text1"/>
          <w:sz w:val="22"/>
          <w:szCs w:val="22"/>
          <w:highlight w:val="yellow"/>
        </w:rPr>
        <w:t>à compléter ]</w:t>
      </w:r>
      <w:r w:rsidR="007313BA" w:rsidRPr="007313BA">
        <w:rPr>
          <w:rFonts w:ascii="Arial" w:hAnsi="Arial" w:cs="Arial"/>
          <w:color w:val="666666"/>
          <w:sz w:val="22"/>
          <w:szCs w:val="22"/>
          <w:highlight w:val="yellow"/>
        </w:rPr>
        <w:t xml:space="preserve"> </w:t>
      </w:r>
      <w:r w:rsidR="009C599B" w:rsidRPr="007313BA">
        <w:rPr>
          <w:rFonts w:ascii="Arial" w:hAnsi="Arial" w:cs="Arial"/>
          <w:sz w:val="22"/>
          <w:szCs w:val="22"/>
        </w:rPr>
        <w:t xml:space="preserve"> - </w:t>
      </w:r>
      <w:r w:rsidRPr="007313BA">
        <w:rPr>
          <w:rFonts w:ascii="Arial" w:hAnsi="Arial" w:cs="Arial"/>
          <w:sz w:val="22"/>
          <w:szCs w:val="22"/>
        </w:rPr>
        <w:t>Email :</w:t>
      </w:r>
      <w:r w:rsidR="007313BA" w:rsidRPr="007313BA">
        <w:rPr>
          <w:rFonts w:ascii="Arial" w:hAnsi="Arial" w:cs="Arial"/>
          <w:sz w:val="22"/>
          <w:szCs w:val="22"/>
          <w:highlight w:val="yellow"/>
        </w:rPr>
        <w:t xml:space="preserve"> [</w:t>
      </w:r>
      <w:r w:rsidR="007313BA" w:rsidRPr="007313BA">
        <w:rPr>
          <w:rFonts w:ascii="Arial" w:hAnsi="Arial" w:cs="Arial"/>
          <w:color w:val="000000" w:themeColor="text1"/>
          <w:sz w:val="22"/>
          <w:szCs w:val="22"/>
          <w:highlight w:val="yellow"/>
        </w:rPr>
        <w:t>à compléter ]</w:t>
      </w:r>
      <w:r w:rsidR="007313BA" w:rsidRPr="007313BA">
        <w:rPr>
          <w:rFonts w:ascii="Arial" w:hAnsi="Arial" w:cs="Arial"/>
          <w:color w:val="666666"/>
          <w:sz w:val="22"/>
          <w:szCs w:val="22"/>
          <w:highlight w:val="yellow"/>
        </w:rPr>
        <w:t xml:space="preserve"> </w:t>
      </w:r>
    </w:p>
    <w:p w14:paraId="3B7796F3" w14:textId="75AA5B03" w:rsidR="00031C1D" w:rsidRPr="00EC39E7" w:rsidRDefault="00000000" w:rsidP="00EC39E7">
      <w:pPr>
        <w:spacing w:line="360" w:lineRule="auto"/>
        <w:rPr>
          <w:rFonts w:ascii="Arial" w:hAnsi="Arial" w:cs="Arial"/>
          <w:sz w:val="22"/>
          <w:szCs w:val="22"/>
        </w:rPr>
      </w:pPr>
      <w:r w:rsidRPr="007313BA">
        <w:rPr>
          <w:rFonts w:ascii="Arial" w:hAnsi="Arial" w:cs="Arial"/>
          <w:sz w:val="22"/>
          <w:szCs w:val="22"/>
        </w:rPr>
        <w:t>SIRET :</w:t>
      </w:r>
      <w:r w:rsidR="007313BA">
        <w:rPr>
          <w:rFonts w:ascii="Arial" w:hAnsi="Arial" w:cs="Arial"/>
          <w:sz w:val="22"/>
          <w:szCs w:val="22"/>
        </w:rPr>
        <w:t xml:space="preserve"> </w:t>
      </w:r>
      <w:r w:rsidR="007313BA" w:rsidRPr="007313BA">
        <w:rPr>
          <w:rFonts w:ascii="Arial" w:hAnsi="Arial" w:cs="Arial"/>
          <w:sz w:val="22"/>
          <w:szCs w:val="22"/>
          <w:highlight w:val="yellow"/>
        </w:rPr>
        <w:t>[</w:t>
      </w:r>
      <w:r w:rsidR="007313BA" w:rsidRPr="007313BA">
        <w:rPr>
          <w:rFonts w:ascii="Arial" w:hAnsi="Arial" w:cs="Arial"/>
          <w:color w:val="000000" w:themeColor="text1"/>
          <w:sz w:val="22"/>
          <w:szCs w:val="22"/>
          <w:highlight w:val="yellow"/>
        </w:rPr>
        <w:t>à compléter ]</w:t>
      </w:r>
      <w:r w:rsidR="007313BA" w:rsidRPr="007313BA">
        <w:rPr>
          <w:rFonts w:ascii="Arial" w:hAnsi="Arial" w:cs="Arial"/>
          <w:color w:val="666666"/>
          <w:sz w:val="22"/>
          <w:szCs w:val="22"/>
          <w:highlight w:val="yellow"/>
        </w:rPr>
        <w:t xml:space="preserve"> </w:t>
      </w:r>
      <w:r w:rsidR="007313BA">
        <w:rPr>
          <w:rFonts w:ascii="Arial" w:hAnsi="Arial" w:cs="Arial"/>
          <w:sz w:val="22"/>
          <w:szCs w:val="22"/>
          <w:highlight w:val="yellow"/>
        </w:rPr>
        <w:t xml:space="preserve"> </w:t>
      </w:r>
    </w:p>
    <w:p w14:paraId="0C85D276" w14:textId="77777777" w:rsidR="00EC39E7" w:rsidRDefault="00EC39E7" w:rsidP="006933CB">
      <w:pPr>
        <w:rPr>
          <w:rFonts w:ascii="Arial" w:hAnsi="Arial" w:cs="Arial"/>
          <w:b/>
          <w:bCs/>
          <w:color w:val="000000" w:themeColor="text1"/>
          <w:sz w:val="22"/>
          <w:szCs w:val="22"/>
        </w:rPr>
      </w:pPr>
    </w:p>
    <w:p w14:paraId="66C4EA9D" w14:textId="452A0F11" w:rsidR="00EC39E7" w:rsidRPr="00792E89" w:rsidRDefault="00EC39E7" w:rsidP="00EC39E7">
      <w:pPr>
        <w:pStyle w:val="Sansinterligne"/>
        <w:spacing w:line="360" w:lineRule="auto"/>
        <w:rPr>
          <w:rFonts w:ascii="Arial" w:hAnsi="Arial" w:cs="Arial"/>
          <w:b/>
          <w:bCs/>
        </w:rPr>
      </w:pPr>
      <w:r w:rsidRPr="00EC39E7">
        <w:rPr>
          <w:rStyle w:val="lev"/>
          <w:rFonts w:ascii="Arial" w:hAnsi="Arial" w:cs="Arial"/>
          <w:color w:val="0F1115"/>
        </w:rPr>
        <w:t>PRESTATIONS ET TARIFS</w:t>
      </w:r>
      <w:r w:rsidRPr="00EC39E7">
        <w:t> </w:t>
      </w:r>
      <w:r w:rsidRPr="00792E89">
        <w:rPr>
          <w:rFonts w:ascii="Arial" w:hAnsi="Arial" w:cs="Arial"/>
          <w:highlight w:val="yellow"/>
        </w:rPr>
        <w:t>[(TTC – TVA non applicable, art. 293 B CGI</w:t>
      </w:r>
      <w:r w:rsidRPr="00792E89">
        <w:rPr>
          <w:rFonts w:ascii="Arial" w:hAnsi="Arial" w:cs="Arial"/>
        </w:rPr>
        <w:t>)</w:t>
      </w:r>
      <w:r w:rsidRPr="00792E89">
        <w:rPr>
          <w:rFonts w:ascii="Arial" w:hAnsi="Arial" w:cs="Arial"/>
          <w:color w:val="000000" w:themeColor="text1"/>
          <w:highlight w:val="yellow"/>
        </w:rPr>
        <w:t>]</w:t>
      </w:r>
    </w:p>
    <w:p w14:paraId="2B697FCC" w14:textId="4CD0133D" w:rsidR="00EC39E7" w:rsidRPr="00EC39E7" w:rsidRDefault="00EC39E7" w:rsidP="00EC39E7">
      <w:pPr>
        <w:pStyle w:val="ds-markdown-paragraph"/>
        <w:numPr>
          <w:ilvl w:val="0"/>
          <w:numId w:val="19"/>
        </w:numPr>
        <w:shd w:val="clear" w:color="auto" w:fill="FFFFFF"/>
        <w:spacing w:before="0" w:beforeAutospacing="0" w:after="0" w:afterAutospacing="0" w:line="276" w:lineRule="auto"/>
        <w:ind w:left="284" w:hanging="284"/>
        <w:rPr>
          <w:rFonts w:ascii="Arial" w:hAnsi="Arial" w:cs="Arial"/>
          <w:color w:val="0F1115"/>
          <w:sz w:val="22"/>
          <w:szCs w:val="22"/>
        </w:rPr>
      </w:pPr>
      <w:r w:rsidRPr="00EC39E7">
        <w:rPr>
          <w:rFonts w:ascii="Arial" w:hAnsi="Arial" w:cs="Arial"/>
          <w:color w:val="0F1115"/>
          <w:sz w:val="22"/>
          <w:szCs w:val="22"/>
        </w:rPr>
        <w:t xml:space="preserve">Séance </w:t>
      </w:r>
      <w:r w:rsidRPr="00EC39E7">
        <w:rPr>
          <w:rFonts w:ascii="Arial" w:hAnsi="Arial" w:cs="Arial"/>
          <w:color w:val="0F1115"/>
          <w:sz w:val="22"/>
          <w:szCs w:val="22"/>
          <w:highlight w:val="yellow"/>
        </w:rPr>
        <w:t>[durée] : [XX]</w:t>
      </w:r>
      <w:r w:rsidRPr="00EC39E7">
        <w:rPr>
          <w:rFonts w:ascii="Arial" w:hAnsi="Arial" w:cs="Arial"/>
          <w:color w:val="0F1115"/>
          <w:sz w:val="22"/>
          <w:szCs w:val="22"/>
        </w:rPr>
        <w:t xml:space="preserve"> €</w:t>
      </w:r>
      <w:r w:rsidR="00670CF3">
        <w:rPr>
          <w:rFonts w:ascii="Arial" w:hAnsi="Arial" w:cs="Arial"/>
          <w:color w:val="0F1115"/>
          <w:sz w:val="22"/>
          <w:szCs w:val="22"/>
        </w:rPr>
        <w:t xml:space="preserve"> </w:t>
      </w:r>
      <w:r w:rsidR="00670CF3" w:rsidRPr="00670CF3">
        <w:rPr>
          <w:rFonts w:ascii="Arial" w:hAnsi="Arial" w:cs="Arial"/>
          <w:i/>
          <w:iCs/>
          <w:color w:val="1F497D" w:themeColor="text2"/>
          <w:sz w:val="22"/>
          <w:szCs w:val="22"/>
        </w:rPr>
        <w:t>ajoutez d'autres lignes si vous proposez plusieurs types de séances</w:t>
      </w:r>
    </w:p>
    <w:p w14:paraId="09588B21" w14:textId="77777777" w:rsidR="00EC39E7" w:rsidRPr="00EC39E7" w:rsidRDefault="00EC39E7" w:rsidP="00EC39E7">
      <w:pPr>
        <w:pStyle w:val="ds-markdown-paragraph"/>
        <w:numPr>
          <w:ilvl w:val="0"/>
          <w:numId w:val="19"/>
        </w:numPr>
        <w:shd w:val="clear" w:color="auto" w:fill="FFFFFF"/>
        <w:spacing w:before="0" w:beforeAutospacing="0" w:after="0" w:afterAutospacing="0" w:line="276" w:lineRule="auto"/>
        <w:ind w:left="284" w:hanging="284"/>
        <w:rPr>
          <w:rFonts w:ascii="Arial" w:hAnsi="Arial" w:cs="Arial"/>
          <w:color w:val="0F1115"/>
          <w:sz w:val="22"/>
          <w:szCs w:val="22"/>
          <w:highlight w:val="yellow"/>
        </w:rPr>
      </w:pPr>
      <w:r w:rsidRPr="00EC39E7">
        <w:rPr>
          <w:rFonts w:ascii="Arial" w:hAnsi="Arial" w:cs="Arial"/>
          <w:color w:val="0F1115"/>
          <w:sz w:val="22"/>
          <w:szCs w:val="22"/>
          <w:highlight w:val="yellow"/>
        </w:rPr>
        <w:t>Forfait [X] séances : [XX] €</w:t>
      </w:r>
    </w:p>
    <w:p w14:paraId="24DE388C" w14:textId="77777777" w:rsidR="00EC39E7" w:rsidRPr="00EC39E7" w:rsidRDefault="00EC39E7" w:rsidP="00EC39E7">
      <w:pPr>
        <w:pStyle w:val="ds-markdown-paragraph"/>
        <w:numPr>
          <w:ilvl w:val="0"/>
          <w:numId w:val="19"/>
        </w:numPr>
        <w:shd w:val="clear" w:color="auto" w:fill="FFFFFF"/>
        <w:spacing w:before="0" w:beforeAutospacing="0" w:after="0" w:afterAutospacing="0" w:line="276" w:lineRule="auto"/>
        <w:ind w:left="284" w:hanging="284"/>
        <w:rPr>
          <w:rFonts w:ascii="Arial" w:hAnsi="Arial" w:cs="Arial"/>
          <w:color w:val="0F1115"/>
          <w:sz w:val="22"/>
          <w:szCs w:val="22"/>
        </w:rPr>
      </w:pPr>
      <w:r w:rsidRPr="00EC39E7">
        <w:rPr>
          <w:rFonts w:ascii="Arial" w:hAnsi="Arial" w:cs="Arial"/>
          <w:color w:val="0F1115"/>
          <w:sz w:val="22"/>
          <w:szCs w:val="22"/>
          <w:highlight w:val="yellow"/>
        </w:rPr>
        <w:t>Séance à domicile : [XX] € (frais de déplacement inclus dans</w:t>
      </w:r>
      <w:r w:rsidRPr="00EC39E7">
        <w:rPr>
          <w:rFonts w:ascii="Arial" w:hAnsi="Arial" w:cs="Arial"/>
          <w:color w:val="0F1115"/>
          <w:sz w:val="22"/>
          <w:szCs w:val="22"/>
        </w:rPr>
        <w:t xml:space="preserve"> </w:t>
      </w:r>
      <w:r w:rsidRPr="00EC39E7">
        <w:rPr>
          <w:rFonts w:ascii="Arial" w:hAnsi="Arial" w:cs="Arial"/>
          <w:color w:val="0F1115"/>
          <w:sz w:val="22"/>
          <w:szCs w:val="22"/>
          <w:highlight w:val="yellow"/>
        </w:rPr>
        <w:t>[zone])</w:t>
      </w:r>
    </w:p>
    <w:p w14:paraId="27276152" w14:textId="2726D794" w:rsidR="00EC39E7" w:rsidRPr="00EC39E7" w:rsidRDefault="00EC39E7" w:rsidP="00EC39E7">
      <w:pPr>
        <w:pStyle w:val="ds-markdown-paragraph"/>
        <w:shd w:val="clear" w:color="auto" w:fill="FFFFFF"/>
        <w:spacing w:before="240" w:beforeAutospacing="0" w:after="240" w:afterAutospacing="0" w:line="276" w:lineRule="auto"/>
        <w:rPr>
          <w:rStyle w:val="lev"/>
          <w:rFonts w:ascii="Arial" w:hAnsi="Arial" w:cs="Arial"/>
          <w:color w:val="0F1115"/>
          <w:sz w:val="22"/>
          <w:szCs w:val="22"/>
          <w:shd w:val="clear" w:color="auto" w:fill="FFFFFF"/>
        </w:rPr>
      </w:pPr>
      <w:r w:rsidRPr="00EC39E7">
        <w:rPr>
          <w:rStyle w:val="lev"/>
          <w:rFonts w:ascii="Arial" w:hAnsi="Arial" w:cs="Arial"/>
          <w:color w:val="0F1115"/>
          <w:sz w:val="22"/>
          <w:szCs w:val="22"/>
          <w:shd w:val="clear" w:color="auto" w:fill="FFFFFF"/>
        </w:rPr>
        <w:t>Les prestations proposées relèvent du bien-être. L’hypnose pratiquée n’est pas médicale : elle ne dispense pas d’un suivi médical, ne remplace pas un traitement et ne constitue ni un diagnostic ni une prise en charge psychothérapeutique. Le praticien est tenu à une obligation de moyens, non de résultats.</w:t>
      </w:r>
    </w:p>
    <w:p w14:paraId="42AAE401" w14:textId="0E03141D" w:rsidR="00EC39E7" w:rsidRPr="00EC39E7" w:rsidRDefault="00EC39E7" w:rsidP="00EC39E7">
      <w:pPr>
        <w:pStyle w:val="Sansinterligne"/>
        <w:spacing w:line="360" w:lineRule="auto"/>
      </w:pPr>
      <w:r w:rsidRPr="00EC39E7">
        <w:rPr>
          <w:rStyle w:val="lev"/>
          <w:rFonts w:ascii="Arial" w:hAnsi="Arial" w:cs="Arial"/>
          <w:color w:val="0F1115"/>
        </w:rPr>
        <w:t>CONDITIONS</w:t>
      </w:r>
    </w:p>
    <w:p w14:paraId="30F9E058" w14:textId="51D6CEE2" w:rsidR="00EC39E7" w:rsidRPr="00EC39E7" w:rsidRDefault="00EC39E7" w:rsidP="00670CF3">
      <w:pPr>
        <w:pStyle w:val="ds-markdown-paragraph"/>
        <w:numPr>
          <w:ilvl w:val="0"/>
          <w:numId w:val="20"/>
        </w:numPr>
        <w:shd w:val="clear" w:color="auto" w:fill="FFFFFF"/>
        <w:spacing w:before="0" w:beforeAutospacing="0" w:after="0" w:afterAutospacing="0" w:line="360" w:lineRule="auto"/>
        <w:ind w:left="284" w:hanging="284"/>
        <w:rPr>
          <w:rFonts w:ascii="Arial" w:hAnsi="Arial" w:cs="Arial"/>
          <w:color w:val="0F1115"/>
          <w:sz w:val="22"/>
          <w:szCs w:val="22"/>
        </w:rPr>
      </w:pPr>
      <w:r w:rsidRPr="00EC39E7">
        <w:rPr>
          <w:rStyle w:val="lev"/>
          <w:rFonts w:ascii="Arial" w:hAnsi="Arial" w:cs="Arial"/>
          <w:color w:val="0F1115"/>
          <w:sz w:val="22"/>
          <w:szCs w:val="22"/>
        </w:rPr>
        <w:t>Réservation</w:t>
      </w:r>
      <w:r w:rsidRPr="00EC39E7">
        <w:rPr>
          <w:rFonts w:ascii="Arial" w:hAnsi="Arial" w:cs="Arial"/>
          <w:color w:val="0F1115"/>
          <w:sz w:val="22"/>
          <w:szCs w:val="22"/>
        </w:rPr>
        <w:t xml:space="preserve"> : </w:t>
      </w:r>
      <w:r>
        <w:rPr>
          <w:rFonts w:ascii="Arial" w:hAnsi="Arial" w:cs="Arial"/>
          <w:color w:val="0F1115"/>
          <w:sz w:val="22"/>
          <w:szCs w:val="22"/>
        </w:rPr>
        <w:t>T</w:t>
      </w:r>
      <w:r w:rsidRPr="00EC39E7">
        <w:rPr>
          <w:rFonts w:ascii="Arial" w:hAnsi="Arial" w:cs="Arial"/>
          <w:color w:val="0F1115"/>
          <w:sz w:val="22"/>
          <w:szCs w:val="22"/>
        </w:rPr>
        <w:t>éléphone</w:t>
      </w:r>
      <w:r>
        <w:rPr>
          <w:rFonts w:ascii="Arial" w:hAnsi="Arial" w:cs="Arial"/>
          <w:color w:val="0F1115"/>
          <w:sz w:val="22"/>
          <w:szCs w:val="22"/>
        </w:rPr>
        <w:t xml:space="preserve"> - E-</w:t>
      </w:r>
      <w:r w:rsidRPr="00EC39E7">
        <w:rPr>
          <w:rFonts w:ascii="Arial" w:hAnsi="Arial" w:cs="Arial"/>
          <w:color w:val="0F1115"/>
          <w:sz w:val="22"/>
          <w:szCs w:val="22"/>
        </w:rPr>
        <w:t>mail</w:t>
      </w:r>
      <w:r>
        <w:rPr>
          <w:rFonts w:ascii="Arial" w:hAnsi="Arial" w:cs="Arial"/>
          <w:color w:val="0F1115"/>
          <w:sz w:val="22"/>
          <w:szCs w:val="22"/>
        </w:rPr>
        <w:t xml:space="preserve"> -</w:t>
      </w:r>
      <w:r w:rsidRPr="00EC39E7">
        <w:rPr>
          <w:rFonts w:ascii="Arial" w:hAnsi="Arial" w:cs="Arial"/>
          <w:color w:val="0F1115"/>
          <w:sz w:val="22"/>
          <w:szCs w:val="22"/>
        </w:rPr>
        <w:t xml:space="preserve"> </w:t>
      </w:r>
      <w:r w:rsidRPr="00EC39E7">
        <w:rPr>
          <w:rFonts w:ascii="Arial" w:hAnsi="Arial" w:cs="Arial"/>
          <w:color w:val="0F1115"/>
          <w:sz w:val="22"/>
          <w:szCs w:val="22"/>
          <w:highlight w:val="yellow"/>
        </w:rPr>
        <w:t>[</w:t>
      </w:r>
      <w:r>
        <w:rPr>
          <w:rFonts w:ascii="Arial" w:hAnsi="Arial" w:cs="Arial"/>
          <w:color w:val="0F1115"/>
          <w:sz w:val="22"/>
          <w:szCs w:val="22"/>
          <w:highlight w:val="yellow"/>
        </w:rPr>
        <w:t>P</w:t>
      </w:r>
      <w:r w:rsidRPr="00EC39E7">
        <w:rPr>
          <w:rFonts w:ascii="Arial" w:hAnsi="Arial" w:cs="Arial"/>
          <w:color w:val="0F1115"/>
          <w:sz w:val="22"/>
          <w:szCs w:val="22"/>
          <w:highlight w:val="yellow"/>
        </w:rPr>
        <w:t>lateforme [nom]</w:t>
      </w:r>
      <w:r>
        <w:rPr>
          <w:rFonts w:ascii="Arial" w:hAnsi="Arial" w:cs="Arial"/>
          <w:color w:val="0F1115"/>
          <w:sz w:val="22"/>
          <w:szCs w:val="22"/>
        </w:rPr>
        <w:t xml:space="preserve"> - </w:t>
      </w:r>
      <w:r w:rsidRPr="00EC39E7">
        <w:rPr>
          <w:rFonts w:ascii="Arial" w:hAnsi="Arial" w:cs="Arial"/>
          <w:color w:val="0F1115"/>
          <w:sz w:val="22"/>
          <w:szCs w:val="22"/>
          <w:highlight w:val="yellow"/>
        </w:rPr>
        <w:t>[</w:t>
      </w:r>
      <w:r>
        <w:rPr>
          <w:rFonts w:ascii="Arial" w:hAnsi="Arial" w:cs="Arial"/>
          <w:color w:val="0F1115"/>
          <w:sz w:val="22"/>
          <w:szCs w:val="22"/>
          <w:highlight w:val="yellow"/>
        </w:rPr>
        <w:t xml:space="preserve">Site internet : </w:t>
      </w:r>
      <w:r w:rsidRPr="00EC39E7">
        <w:rPr>
          <w:rFonts w:ascii="Arial" w:hAnsi="Arial" w:cs="Arial"/>
          <w:color w:val="0F1115"/>
          <w:sz w:val="22"/>
          <w:szCs w:val="22"/>
          <w:highlight w:val="yellow"/>
        </w:rPr>
        <w:t>[</w:t>
      </w:r>
      <w:r>
        <w:rPr>
          <w:rFonts w:ascii="Arial" w:hAnsi="Arial" w:cs="Arial"/>
          <w:color w:val="0F1115"/>
          <w:sz w:val="22"/>
          <w:szCs w:val="22"/>
          <w:highlight w:val="yellow"/>
        </w:rPr>
        <w:t xml:space="preserve">URL </w:t>
      </w:r>
      <w:r w:rsidRPr="00EC39E7">
        <w:rPr>
          <w:rFonts w:ascii="Arial" w:hAnsi="Arial" w:cs="Arial"/>
          <w:color w:val="0F1115"/>
          <w:sz w:val="22"/>
          <w:szCs w:val="22"/>
          <w:highlight w:val="yellow"/>
        </w:rPr>
        <w:t>nom]</w:t>
      </w:r>
      <w:r>
        <w:rPr>
          <w:rFonts w:ascii="Arial" w:hAnsi="Arial" w:cs="Arial"/>
          <w:color w:val="0F1115"/>
          <w:sz w:val="22"/>
          <w:szCs w:val="22"/>
        </w:rPr>
        <w:t xml:space="preserve"> </w:t>
      </w:r>
      <w:r w:rsidRPr="00EC39E7">
        <w:rPr>
          <w:rFonts w:ascii="Arial" w:hAnsi="Arial" w:cs="Arial"/>
          <w:color w:val="0F1115"/>
          <w:sz w:val="22"/>
          <w:szCs w:val="22"/>
        </w:rPr>
        <w:t>.</w:t>
      </w:r>
    </w:p>
    <w:p w14:paraId="7D204B9C" w14:textId="58B473A7" w:rsidR="00EC39E7" w:rsidRPr="00EC39E7" w:rsidRDefault="00EC39E7" w:rsidP="00670CF3">
      <w:pPr>
        <w:pStyle w:val="ds-markdown-paragraph"/>
        <w:numPr>
          <w:ilvl w:val="0"/>
          <w:numId w:val="20"/>
        </w:numPr>
        <w:shd w:val="clear" w:color="auto" w:fill="FFFFFF"/>
        <w:spacing w:before="0" w:beforeAutospacing="0" w:after="0" w:afterAutospacing="0" w:line="360" w:lineRule="auto"/>
        <w:ind w:left="284" w:hanging="284"/>
        <w:rPr>
          <w:rFonts w:ascii="Arial" w:hAnsi="Arial" w:cs="Arial"/>
          <w:color w:val="0F1115"/>
          <w:sz w:val="22"/>
          <w:szCs w:val="22"/>
        </w:rPr>
      </w:pPr>
      <w:r w:rsidRPr="00EC39E7">
        <w:rPr>
          <w:rStyle w:val="lev"/>
          <w:rFonts w:ascii="Arial" w:hAnsi="Arial" w:cs="Arial"/>
          <w:color w:val="0F1115"/>
          <w:sz w:val="22"/>
          <w:szCs w:val="22"/>
        </w:rPr>
        <w:t>Paiement</w:t>
      </w:r>
      <w:r w:rsidRPr="00EC39E7">
        <w:rPr>
          <w:rFonts w:ascii="Arial" w:hAnsi="Arial" w:cs="Arial"/>
          <w:color w:val="0F1115"/>
          <w:sz w:val="22"/>
          <w:szCs w:val="22"/>
        </w:rPr>
        <w:t xml:space="preserve"> : </w:t>
      </w:r>
      <w:r>
        <w:rPr>
          <w:rFonts w:ascii="Arial" w:hAnsi="Arial" w:cs="Arial"/>
          <w:color w:val="0F1115"/>
          <w:sz w:val="22"/>
          <w:szCs w:val="22"/>
        </w:rPr>
        <w:t>E</w:t>
      </w:r>
      <w:r w:rsidRPr="00EC39E7">
        <w:rPr>
          <w:rFonts w:ascii="Arial" w:hAnsi="Arial" w:cs="Arial"/>
          <w:color w:val="0F1115"/>
          <w:sz w:val="22"/>
          <w:szCs w:val="22"/>
        </w:rPr>
        <w:t>spèces</w:t>
      </w:r>
      <w:r>
        <w:rPr>
          <w:rFonts w:ascii="Arial" w:hAnsi="Arial" w:cs="Arial"/>
          <w:color w:val="0F1115"/>
          <w:sz w:val="22"/>
          <w:szCs w:val="22"/>
        </w:rPr>
        <w:t xml:space="preserve"> </w:t>
      </w:r>
      <w:r w:rsidRPr="00EC39E7">
        <w:rPr>
          <w:rFonts w:ascii="Arial" w:hAnsi="Arial" w:cs="Arial"/>
          <w:color w:val="0F1115"/>
          <w:sz w:val="22"/>
          <w:szCs w:val="22"/>
          <w:highlight w:val="yellow"/>
        </w:rPr>
        <w:t>- [Chèque - Carte bancaire - Virement].</w:t>
      </w:r>
    </w:p>
    <w:p w14:paraId="5B018FFD" w14:textId="22F0B3DC" w:rsidR="00EC39E7" w:rsidRPr="00EC39E7" w:rsidRDefault="00EC39E7" w:rsidP="00670CF3">
      <w:pPr>
        <w:pStyle w:val="ds-markdown-paragraph"/>
        <w:numPr>
          <w:ilvl w:val="0"/>
          <w:numId w:val="20"/>
        </w:numPr>
        <w:shd w:val="clear" w:color="auto" w:fill="FFFFFF"/>
        <w:spacing w:before="0" w:beforeAutospacing="0" w:after="0" w:afterAutospacing="0" w:line="276" w:lineRule="auto"/>
        <w:ind w:left="284" w:right="-115" w:hanging="284"/>
        <w:rPr>
          <w:rFonts w:ascii="Arial" w:hAnsi="Arial" w:cs="Arial"/>
          <w:color w:val="0F1115"/>
          <w:sz w:val="22"/>
          <w:szCs w:val="22"/>
        </w:rPr>
      </w:pPr>
      <w:r w:rsidRPr="00EC39E7">
        <w:rPr>
          <w:rStyle w:val="lev"/>
          <w:rFonts w:ascii="Arial" w:hAnsi="Arial" w:cs="Arial"/>
          <w:color w:val="0F1115"/>
          <w:sz w:val="22"/>
          <w:szCs w:val="22"/>
        </w:rPr>
        <w:t>Annulation</w:t>
      </w:r>
      <w:r w:rsidRPr="00EC39E7">
        <w:rPr>
          <w:rFonts w:ascii="Arial" w:hAnsi="Arial" w:cs="Arial"/>
          <w:color w:val="0F1115"/>
          <w:sz w:val="22"/>
          <w:szCs w:val="22"/>
        </w:rPr>
        <w:t xml:space="preserve"> : gratuite jusqu’à </w:t>
      </w:r>
      <w:r w:rsidRPr="00EC39E7">
        <w:rPr>
          <w:rFonts w:ascii="Arial" w:hAnsi="Arial" w:cs="Arial"/>
          <w:color w:val="0F1115"/>
          <w:sz w:val="22"/>
          <w:szCs w:val="22"/>
          <w:highlight w:val="yellow"/>
        </w:rPr>
        <w:t>[48h]</w:t>
      </w:r>
      <w:r w:rsidRPr="00EC39E7">
        <w:rPr>
          <w:rFonts w:ascii="Arial" w:hAnsi="Arial" w:cs="Arial"/>
          <w:color w:val="0F1115"/>
          <w:sz w:val="22"/>
          <w:szCs w:val="22"/>
        </w:rPr>
        <w:t xml:space="preserve"> avant la séance. Passé ce délai ou en cas d’absence, la séance est due.</w:t>
      </w:r>
    </w:p>
    <w:p w14:paraId="65FDC189" w14:textId="1B258973" w:rsidR="00EC39E7" w:rsidRPr="00EC39E7" w:rsidRDefault="00EC39E7" w:rsidP="00670CF3">
      <w:pPr>
        <w:pStyle w:val="ds-markdown-paragraph"/>
        <w:numPr>
          <w:ilvl w:val="0"/>
          <w:numId w:val="20"/>
        </w:numPr>
        <w:shd w:val="clear" w:color="auto" w:fill="FFFFFF"/>
        <w:spacing w:before="0" w:beforeAutospacing="0" w:after="0" w:afterAutospacing="0" w:line="276" w:lineRule="auto"/>
        <w:ind w:left="284" w:hanging="284"/>
        <w:rPr>
          <w:rFonts w:ascii="Arial" w:hAnsi="Arial" w:cs="Arial"/>
          <w:color w:val="0F1115"/>
          <w:sz w:val="22"/>
          <w:szCs w:val="22"/>
        </w:rPr>
      </w:pPr>
      <w:r w:rsidRPr="00EC39E7">
        <w:rPr>
          <w:rStyle w:val="lev"/>
          <w:rFonts w:ascii="Arial" w:hAnsi="Arial" w:cs="Arial"/>
          <w:color w:val="0F1115"/>
          <w:sz w:val="22"/>
          <w:szCs w:val="22"/>
        </w:rPr>
        <w:t>Droit de rétractation</w:t>
      </w:r>
      <w:r w:rsidRPr="00EC39E7">
        <w:rPr>
          <w:rFonts w:ascii="Arial" w:hAnsi="Arial" w:cs="Arial"/>
          <w:color w:val="0F1115"/>
          <w:sz w:val="22"/>
          <w:szCs w:val="22"/>
        </w:rPr>
        <w:t xml:space="preserve"> : pour toute réservation à distance, vous disposez de 14 jours. Si vous souhaitez être reçu</w:t>
      </w:r>
      <w:r>
        <w:rPr>
          <w:rFonts w:ascii="Arial" w:hAnsi="Arial" w:cs="Arial"/>
          <w:color w:val="0F1115"/>
          <w:sz w:val="22"/>
          <w:szCs w:val="22"/>
        </w:rPr>
        <w:t>(e)</w:t>
      </w:r>
      <w:r w:rsidRPr="00EC39E7">
        <w:rPr>
          <w:rFonts w:ascii="Arial" w:hAnsi="Arial" w:cs="Arial"/>
          <w:color w:val="0F1115"/>
          <w:sz w:val="22"/>
          <w:szCs w:val="22"/>
        </w:rPr>
        <w:t xml:space="preserve"> avant ce délai, vous devez y renoncer expressément.</w:t>
      </w:r>
    </w:p>
    <w:p w14:paraId="520BFBEB" w14:textId="77777777" w:rsidR="00EC39E7" w:rsidRPr="00EC39E7" w:rsidRDefault="00EC39E7" w:rsidP="00EC39E7">
      <w:pPr>
        <w:pStyle w:val="Sansinterligne"/>
        <w:spacing w:line="276" w:lineRule="auto"/>
        <w:rPr>
          <w:rStyle w:val="lev"/>
          <w:rFonts w:ascii="Arial" w:hAnsi="Arial" w:cs="Arial"/>
          <w:color w:val="0F1115"/>
        </w:rPr>
      </w:pPr>
    </w:p>
    <w:p w14:paraId="5ABDF9BB" w14:textId="3D448186" w:rsidR="00EC39E7" w:rsidRPr="00EC39E7" w:rsidRDefault="00EC39E7" w:rsidP="00EC39E7">
      <w:pPr>
        <w:pStyle w:val="Sansinterligne"/>
        <w:spacing w:line="360" w:lineRule="auto"/>
        <w:rPr>
          <w:rStyle w:val="Accentuation"/>
          <w:rFonts w:ascii="Arial" w:hAnsi="Arial" w:cs="Arial"/>
          <w:i w:val="0"/>
          <w:iCs w:val="0"/>
          <w:highlight w:val="yellow"/>
        </w:rPr>
      </w:pPr>
      <w:r w:rsidRPr="00EC39E7">
        <w:rPr>
          <w:rStyle w:val="lev"/>
          <w:rFonts w:ascii="Arial" w:hAnsi="Arial" w:cs="Arial"/>
        </w:rPr>
        <w:t>MÉDIATION</w:t>
      </w:r>
      <w:r w:rsidRPr="00EC39E7">
        <w:rPr>
          <w:rFonts w:ascii="Arial" w:hAnsi="Arial" w:cs="Arial"/>
        </w:rPr>
        <w:t> </w:t>
      </w:r>
    </w:p>
    <w:p w14:paraId="0785EEF1" w14:textId="382C4B13" w:rsidR="00EC39E7" w:rsidRPr="00EC39E7" w:rsidRDefault="00EC39E7" w:rsidP="00EC39E7">
      <w:pPr>
        <w:pStyle w:val="Sansinterligne"/>
        <w:spacing w:line="276" w:lineRule="auto"/>
        <w:rPr>
          <w:rFonts w:ascii="Arial" w:hAnsi="Arial" w:cs="Arial"/>
          <w:i/>
          <w:iCs/>
        </w:rPr>
      </w:pPr>
      <w:r w:rsidRPr="00EC39E7">
        <w:rPr>
          <w:rStyle w:val="Accentuation"/>
          <w:rFonts w:ascii="Arial" w:hAnsi="Arial" w:cs="Arial"/>
          <w:i w:val="0"/>
          <w:iCs w:val="0"/>
          <w:color w:val="0F1115"/>
          <w:highlight w:val="yellow"/>
        </w:rPr>
        <w:t>[Nom de votre médiateur – contact@sitemediateur.fr – 01 XX XX XX XX]</w:t>
      </w:r>
    </w:p>
    <w:p w14:paraId="5AD059E1" w14:textId="0A16D41A" w:rsidR="00EC39E7" w:rsidRPr="00EC39E7" w:rsidRDefault="00EC39E7" w:rsidP="00EC39E7">
      <w:pPr>
        <w:pStyle w:val="ds-markdown-paragraph"/>
        <w:shd w:val="clear" w:color="auto" w:fill="FFFFFF"/>
        <w:spacing w:before="240" w:beforeAutospacing="0" w:after="240" w:afterAutospacing="0" w:line="276" w:lineRule="auto"/>
        <w:rPr>
          <w:rFonts w:ascii="Arial" w:hAnsi="Arial" w:cs="Arial"/>
          <w:color w:val="0F1115"/>
          <w:sz w:val="22"/>
          <w:szCs w:val="22"/>
        </w:rPr>
      </w:pPr>
      <w:r w:rsidRPr="00EC39E7">
        <w:rPr>
          <w:rStyle w:val="lev"/>
          <w:rFonts w:ascii="Arial" w:hAnsi="Arial" w:cs="Arial"/>
          <w:color w:val="0F1115"/>
          <w:sz w:val="22"/>
          <w:szCs w:val="22"/>
        </w:rPr>
        <w:t>DONNÉES PERSONNELLES</w:t>
      </w:r>
      <w:r w:rsidRPr="00EC39E7">
        <w:rPr>
          <w:rFonts w:ascii="Arial" w:hAnsi="Arial" w:cs="Arial"/>
          <w:color w:val="0F1115"/>
          <w:sz w:val="22"/>
          <w:szCs w:val="22"/>
        </w:rPr>
        <w:t> (RGPD)</w:t>
      </w:r>
      <w:r w:rsidRPr="00EC39E7">
        <w:rPr>
          <w:rFonts w:ascii="Arial" w:hAnsi="Arial" w:cs="Arial"/>
          <w:color w:val="0F1115"/>
          <w:sz w:val="22"/>
          <w:szCs w:val="22"/>
        </w:rPr>
        <w:br/>
        <w:t>Vous disposez d’un droit d’accès, de rectification, d’effacement et d’opposition.</w:t>
      </w:r>
      <w:r w:rsidR="00670CF3">
        <w:rPr>
          <w:rFonts w:ascii="Arial" w:hAnsi="Arial" w:cs="Arial"/>
          <w:color w:val="0F1115"/>
          <w:sz w:val="22"/>
          <w:szCs w:val="22"/>
        </w:rPr>
        <w:t xml:space="preserve"> </w:t>
      </w:r>
    </w:p>
    <w:p w14:paraId="0614EA8D" w14:textId="77777777" w:rsidR="00EC39E7" w:rsidRPr="00EC39E7" w:rsidRDefault="00EC39E7" w:rsidP="00EC39E7">
      <w:pPr>
        <w:pStyle w:val="ds-markdown-paragraph"/>
        <w:shd w:val="clear" w:color="auto" w:fill="FFFFFF"/>
        <w:spacing w:before="240" w:beforeAutospacing="0" w:after="240" w:afterAutospacing="0" w:line="276" w:lineRule="auto"/>
        <w:rPr>
          <w:rFonts w:ascii="Arial" w:hAnsi="Arial" w:cs="Arial"/>
          <w:color w:val="0F1115"/>
          <w:sz w:val="22"/>
          <w:szCs w:val="22"/>
        </w:rPr>
      </w:pPr>
      <w:r w:rsidRPr="00EC39E7">
        <w:rPr>
          <w:rStyle w:val="lev"/>
          <w:rFonts w:ascii="Arial" w:hAnsi="Arial" w:cs="Arial"/>
          <w:color w:val="0F1115"/>
          <w:sz w:val="22"/>
          <w:szCs w:val="22"/>
        </w:rPr>
        <w:t>CGV complètes et politique de confidentialité disponibles sur demande.</w:t>
      </w:r>
    </w:p>
    <w:p w14:paraId="745DEA98" w14:textId="4BC22352" w:rsidR="00CF75AC" w:rsidRPr="00EC39E7" w:rsidRDefault="00EC39E7" w:rsidP="00EC39E7">
      <w:pPr>
        <w:pStyle w:val="ds-markdown-paragraph"/>
        <w:shd w:val="clear" w:color="auto" w:fill="FFFFFF"/>
        <w:spacing w:before="240" w:beforeAutospacing="0" w:after="240" w:afterAutospacing="0" w:line="276" w:lineRule="auto"/>
        <w:rPr>
          <w:rFonts w:ascii="Arial" w:hAnsi="Arial" w:cs="Arial"/>
          <w:color w:val="0F1115"/>
          <w:sz w:val="22"/>
          <w:szCs w:val="22"/>
        </w:rPr>
      </w:pPr>
      <w:r w:rsidRPr="00EC39E7">
        <w:rPr>
          <w:rStyle w:val="Accentuation"/>
          <w:rFonts w:ascii="Arial" w:hAnsi="Arial" w:cs="Arial"/>
          <w:color w:val="0F1115"/>
          <w:sz w:val="22"/>
          <w:szCs w:val="22"/>
        </w:rPr>
        <w:t xml:space="preserve">Document mis à jour le : </w:t>
      </w:r>
      <w:r w:rsidRPr="00EC39E7">
        <w:rPr>
          <w:rStyle w:val="Accentuation"/>
          <w:rFonts w:ascii="Arial" w:hAnsi="Arial" w:cs="Arial"/>
          <w:color w:val="0F1115"/>
          <w:sz w:val="22"/>
          <w:szCs w:val="22"/>
          <w:highlight w:val="yellow"/>
        </w:rPr>
        <w:t>[date]</w:t>
      </w:r>
    </w:p>
    <w:sectPr w:rsidR="00CF75AC" w:rsidRPr="00EC39E7" w:rsidSect="00670CF3">
      <w:pgSz w:w="12240" w:h="15840"/>
      <w:pgMar w:top="107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0000000000000000000"/>
    <w:charset w:val="00"/>
    <w:family w:val="auto"/>
    <w:pitch w:val="variable"/>
    <w:sig w:usb0="00000003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puc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puc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2B852AC"/>
    <w:multiLevelType w:val="multilevel"/>
    <w:tmpl w:val="233653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81210FE"/>
    <w:multiLevelType w:val="multilevel"/>
    <w:tmpl w:val="34D0A02A"/>
    <w:lvl w:ilvl="0">
      <w:start w:val="1"/>
      <w:numFmt w:val="bullet"/>
      <w:lvlText w:val="•"/>
      <w:lvlJc w:val="left"/>
      <w:pPr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5C115A7"/>
    <w:multiLevelType w:val="hybridMultilevel"/>
    <w:tmpl w:val="DA905D94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B2E1C13"/>
    <w:multiLevelType w:val="hybridMultilevel"/>
    <w:tmpl w:val="9C98EB1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3530FCB"/>
    <w:multiLevelType w:val="hybridMultilevel"/>
    <w:tmpl w:val="3A0ADFA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72763EF"/>
    <w:multiLevelType w:val="multilevel"/>
    <w:tmpl w:val="0E285D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E444278"/>
    <w:multiLevelType w:val="multilevel"/>
    <w:tmpl w:val="87706998"/>
    <w:lvl w:ilvl="0">
      <w:start w:val="1"/>
      <w:numFmt w:val="bullet"/>
      <w:lvlText w:val="•"/>
      <w:lvlJc w:val="left"/>
      <w:pPr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A9C60BA"/>
    <w:multiLevelType w:val="multilevel"/>
    <w:tmpl w:val="2C7029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0B07B33"/>
    <w:multiLevelType w:val="hybridMultilevel"/>
    <w:tmpl w:val="4AC4C14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97C1937"/>
    <w:multiLevelType w:val="hybridMultilevel"/>
    <w:tmpl w:val="FC4C842C"/>
    <w:lvl w:ilvl="0" w:tplc="721286A4">
      <w:start w:val="1"/>
      <w:numFmt w:val="bullet"/>
      <w:lvlText w:val="•"/>
      <w:lvlJc w:val="left"/>
      <w:pPr>
        <w:ind w:left="1429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40C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6E6B600F"/>
    <w:multiLevelType w:val="multilevel"/>
    <w:tmpl w:val="233653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49664683">
    <w:abstractNumId w:val="8"/>
  </w:num>
  <w:num w:numId="2" w16cid:durableId="927033727">
    <w:abstractNumId w:val="6"/>
  </w:num>
  <w:num w:numId="3" w16cid:durableId="1901943543">
    <w:abstractNumId w:val="5"/>
  </w:num>
  <w:num w:numId="4" w16cid:durableId="1265763970">
    <w:abstractNumId w:val="4"/>
  </w:num>
  <w:num w:numId="5" w16cid:durableId="4023283">
    <w:abstractNumId w:val="7"/>
  </w:num>
  <w:num w:numId="6" w16cid:durableId="1418289430">
    <w:abstractNumId w:val="3"/>
  </w:num>
  <w:num w:numId="7" w16cid:durableId="31813613">
    <w:abstractNumId w:val="2"/>
  </w:num>
  <w:num w:numId="8" w16cid:durableId="1827234975">
    <w:abstractNumId w:val="1"/>
  </w:num>
  <w:num w:numId="9" w16cid:durableId="1456098240">
    <w:abstractNumId w:val="0"/>
  </w:num>
  <w:num w:numId="10" w16cid:durableId="483742717">
    <w:abstractNumId w:val="17"/>
  </w:num>
  <w:num w:numId="11" w16cid:durableId="2029988386">
    <w:abstractNumId w:val="19"/>
  </w:num>
  <w:num w:numId="12" w16cid:durableId="1253705784">
    <w:abstractNumId w:val="9"/>
  </w:num>
  <w:num w:numId="13" w16cid:durableId="1109157989">
    <w:abstractNumId w:val="12"/>
  </w:num>
  <w:num w:numId="14" w16cid:durableId="1887788236">
    <w:abstractNumId w:val="13"/>
  </w:num>
  <w:num w:numId="15" w16cid:durableId="1550605473">
    <w:abstractNumId w:val="18"/>
  </w:num>
  <w:num w:numId="16" w16cid:durableId="1455515790">
    <w:abstractNumId w:val="11"/>
  </w:num>
  <w:num w:numId="17" w16cid:durableId="168719760">
    <w:abstractNumId w:val="14"/>
  </w:num>
  <w:num w:numId="18" w16cid:durableId="1255091634">
    <w:abstractNumId w:val="16"/>
  </w:num>
  <w:num w:numId="19" w16cid:durableId="940376755">
    <w:abstractNumId w:val="15"/>
  </w:num>
  <w:num w:numId="20" w16cid:durableId="9340089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6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1C1D"/>
    <w:rsid w:val="00034616"/>
    <w:rsid w:val="0006063C"/>
    <w:rsid w:val="0015074B"/>
    <w:rsid w:val="00231B8B"/>
    <w:rsid w:val="0029639D"/>
    <w:rsid w:val="00326F90"/>
    <w:rsid w:val="00413642"/>
    <w:rsid w:val="00443147"/>
    <w:rsid w:val="00555C3B"/>
    <w:rsid w:val="005F0602"/>
    <w:rsid w:val="00670CF3"/>
    <w:rsid w:val="006933CB"/>
    <w:rsid w:val="007313BA"/>
    <w:rsid w:val="00731FEB"/>
    <w:rsid w:val="00792E89"/>
    <w:rsid w:val="00810C2B"/>
    <w:rsid w:val="008E14C2"/>
    <w:rsid w:val="00993A8B"/>
    <w:rsid w:val="009C599B"/>
    <w:rsid w:val="00AA1D8D"/>
    <w:rsid w:val="00AD7261"/>
    <w:rsid w:val="00B47730"/>
    <w:rsid w:val="00CB0664"/>
    <w:rsid w:val="00CF75AC"/>
    <w:rsid w:val="00EC39E7"/>
    <w:rsid w:val="00F53BFC"/>
    <w:rsid w:val="00F90A2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5CE45D2"/>
  <w14:defaultImageDpi w14:val="300"/>
  <w15:docId w15:val="{446245D0-FEF8-D84D-B415-C51EA75425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C59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styleId="Titre1">
    <w:name w:val="heading 1"/>
    <w:basedOn w:val="Normal"/>
    <w:next w:val="Normal"/>
    <w:link w:val="Titre1C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En-tteCar">
    <w:name w:val="En-tête Car"/>
    <w:basedOn w:val="Policepardfaut"/>
    <w:link w:val="En-tte"/>
    <w:uiPriority w:val="99"/>
    <w:rsid w:val="00E618BF"/>
  </w:style>
  <w:style w:type="paragraph" w:styleId="Pieddepage">
    <w:name w:val="footer"/>
    <w:basedOn w:val="Normal"/>
    <w:link w:val="PieddepageC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E618BF"/>
  </w:style>
  <w:style w:type="paragraph" w:styleId="Sansinterligne">
    <w:name w:val="No Spacing"/>
    <w:uiPriority w:val="1"/>
    <w:qFormat/>
    <w:rsid w:val="00FC693F"/>
    <w:pPr>
      <w:spacing w:after="0" w:line="240" w:lineRule="auto"/>
    </w:pPr>
  </w:style>
  <w:style w:type="character" w:customStyle="1" w:styleId="Titre1Car">
    <w:name w:val="Titre 1 Car"/>
    <w:basedOn w:val="Policepardfaut"/>
    <w:link w:val="Titre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re2Car">
    <w:name w:val="Titre 2 Car"/>
    <w:basedOn w:val="Policepardfaut"/>
    <w:link w:val="Titre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">
    <w:name w:val="Title"/>
    <w:basedOn w:val="Normal"/>
    <w:next w:val="Normal"/>
    <w:link w:val="TitreC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ous-titreCar">
    <w:name w:val="Sous-titre Car"/>
    <w:basedOn w:val="Policepardfaut"/>
    <w:link w:val="Sous-titr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phedeliste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sdetexte">
    <w:name w:val="Body Text"/>
    <w:basedOn w:val="Normal"/>
    <w:link w:val="CorpsdetexteCar"/>
    <w:uiPriority w:val="99"/>
    <w:unhideWhenUsed/>
    <w:rsid w:val="00AA1D8D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rsid w:val="00AA1D8D"/>
  </w:style>
  <w:style w:type="paragraph" w:styleId="Corpsdetexte2">
    <w:name w:val="Body Text 2"/>
    <w:basedOn w:val="Normal"/>
    <w:link w:val="Corpsdetexte2Car"/>
    <w:uiPriority w:val="99"/>
    <w:unhideWhenUsed/>
    <w:rsid w:val="00AA1D8D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  <w:rsid w:val="00AA1D8D"/>
  </w:style>
  <w:style w:type="paragraph" w:styleId="Corpsdetexte3">
    <w:name w:val="Body Text 3"/>
    <w:basedOn w:val="Normal"/>
    <w:link w:val="Corpsdetex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basedOn w:val="Policepardfaut"/>
    <w:link w:val="Corpsdetexte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puc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puc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puc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edemacro">
    <w:name w:val="macro"/>
    <w:link w:val="Textede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edemacroCar">
    <w:name w:val="Texte de macro Car"/>
    <w:basedOn w:val="Policepardfaut"/>
    <w:link w:val="Textedemacro"/>
    <w:uiPriority w:val="99"/>
    <w:rsid w:val="0029639D"/>
    <w:rPr>
      <w:rFonts w:ascii="Courier" w:hAnsi="Courier"/>
      <w:sz w:val="20"/>
      <w:szCs w:val="20"/>
    </w:rPr>
  </w:style>
  <w:style w:type="paragraph" w:styleId="Citation">
    <w:name w:val="Quote"/>
    <w:basedOn w:val="Normal"/>
    <w:next w:val="Normal"/>
    <w:link w:val="CitationCar"/>
    <w:uiPriority w:val="29"/>
    <w:qFormat/>
    <w:rsid w:val="00FC693F"/>
    <w:rPr>
      <w:i/>
      <w:iCs/>
      <w:color w:val="000000" w:themeColor="text1"/>
    </w:rPr>
  </w:style>
  <w:style w:type="character" w:customStyle="1" w:styleId="CitationCar">
    <w:name w:val="Citation Car"/>
    <w:basedOn w:val="Policepardfaut"/>
    <w:link w:val="Citation"/>
    <w:uiPriority w:val="29"/>
    <w:rsid w:val="00FC693F"/>
    <w:rPr>
      <w:i/>
      <w:iCs/>
      <w:color w:val="000000" w:themeColor="text1"/>
    </w:rPr>
  </w:style>
  <w:style w:type="character" w:customStyle="1" w:styleId="Titre4Car">
    <w:name w:val="Titre 4 Car"/>
    <w:basedOn w:val="Policepardfaut"/>
    <w:link w:val="Titre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re5Car">
    <w:name w:val="Titre 5 Car"/>
    <w:basedOn w:val="Policepardfaut"/>
    <w:link w:val="Titre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re6Car">
    <w:name w:val="Titre 6 Car"/>
    <w:basedOn w:val="Policepardfaut"/>
    <w:link w:val="Titre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re7Car">
    <w:name w:val="Titre 7 Car"/>
    <w:basedOn w:val="Policepardfaut"/>
    <w:link w:val="Titre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re8Car">
    <w:name w:val="Titre 8 Car"/>
    <w:basedOn w:val="Policepardfaut"/>
    <w:link w:val="Titre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re9Car">
    <w:name w:val="Titre 9 Car"/>
    <w:basedOn w:val="Policepardfaut"/>
    <w:link w:val="Titre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lev">
    <w:name w:val="Strong"/>
    <w:basedOn w:val="Policepardfaut"/>
    <w:uiPriority w:val="22"/>
    <w:qFormat/>
    <w:rsid w:val="00FC693F"/>
    <w:rPr>
      <w:b/>
      <w:bCs/>
    </w:rPr>
  </w:style>
  <w:style w:type="character" w:styleId="Accentuation">
    <w:name w:val="Emphasis"/>
    <w:basedOn w:val="Policepardfaut"/>
    <w:uiPriority w:val="20"/>
    <w:qFormat/>
    <w:rsid w:val="00FC693F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C693F"/>
    <w:rPr>
      <w:b/>
      <w:bCs/>
      <w:i/>
      <w:iCs/>
      <w:color w:val="4F81BD" w:themeColor="accent1"/>
    </w:rPr>
  </w:style>
  <w:style w:type="character" w:styleId="Accentuationlgre">
    <w:name w:val="Subtle Emphasis"/>
    <w:basedOn w:val="Policepardfaut"/>
    <w:uiPriority w:val="19"/>
    <w:qFormat/>
    <w:rsid w:val="00FC693F"/>
    <w:rPr>
      <w:i/>
      <w:iCs/>
      <w:color w:val="808080" w:themeColor="text1" w:themeTint="7F"/>
    </w:rPr>
  </w:style>
  <w:style w:type="character" w:styleId="Accentuationintense">
    <w:name w:val="Intense Emphasis"/>
    <w:basedOn w:val="Policepardfaut"/>
    <w:uiPriority w:val="21"/>
    <w:qFormat/>
    <w:rsid w:val="00FC693F"/>
    <w:rPr>
      <w:b/>
      <w:bCs/>
      <w:i/>
      <w:iCs/>
      <w:color w:val="4F81BD" w:themeColor="accent1"/>
    </w:rPr>
  </w:style>
  <w:style w:type="character" w:styleId="Rfrencelgre">
    <w:name w:val="Subtle Reference"/>
    <w:basedOn w:val="Policepardfaut"/>
    <w:uiPriority w:val="31"/>
    <w:qFormat/>
    <w:rsid w:val="00FC693F"/>
    <w:rPr>
      <w:smallCaps/>
      <w:color w:val="C0504D" w:themeColor="accent2"/>
      <w:u w:val="single"/>
    </w:rPr>
  </w:style>
  <w:style w:type="character" w:styleId="Rfrenceintense">
    <w:name w:val="Intense Reference"/>
    <w:basedOn w:val="Policepardfau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redulivre">
    <w:name w:val="Book Title"/>
    <w:basedOn w:val="Policepardfaut"/>
    <w:uiPriority w:val="33"/>
    <w:qFormat/>
    <w:rsid w:val="00FC693F"/>
    <w:rPr>
      <w:b/>
      <w:bCs/>
      <w:smallCaps/>
      <w:spacing w:val="5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FC693F"/>
    <w:pPr>
      <w:outlineLvl w:val="9"/>
    </w:pPr>
  </w:style>
  <w:style w:type="table" w:styleId="Grilledutableau">
    <w:name w:val="Table Grid"/>
    <w:basedOn w:val="Tableau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Ombrageclair">
    <w:name w:val="Light Shading"/>
    <w:basedOn w:val="Tableau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rameclaire-Accent1">
    <w:name w:val="Light Shading Accent 1"/>
    <w:basedOn w:val="Tableau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Trameclaire-Accent2">
    <w:name w:val="Light Shading Accent 2"/>
    <w:basedOn w:val="Tableau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Trameclaire-Accent3">
    <w:name w:val="Light Shading Accent 3"/>
    <w:basedOn w:val="Tableau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Trameclaire-Accent4">
    <w:name w:val="Light Shading Accent 4"/>
    <w:basedOn w:val="Tableau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Trameclaire-Accent5">
    <w:name w:val="Light Shading Accent 5"/>
    <w:basedOn w:val="Tableau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Trameclaire-Accent6">
    <w:name w:val="Light Shading Accent 6"/>
    <w:basedOn w:val="Tableau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eclaire">
    <w:name w:val="Light List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eclaire-Accent1">
    <w:name w:val="Light List Accent 1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eclaire-Accent2">
    <w:name w:val="Light List Accent 2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eclaire-Accent3">
    <w:name w:val="Light List Accent 3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eclaire-Accent4">
    <w:name w:val="Light List Accent 4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eclaire-Accent5">
    <w:name w:val="Light List Accent 5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eclaire-Accent6">
    <w:name w:val="Light List Accent 6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leclaire">
    <w:name w:val="Light Grid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leclaire-Accent1">
    <w:name w:val="Light Grid Accent 1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leclaire-Accent2">
    <w:name w:val="Light Grid Accent 2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leclaire-Accent3">
    <w:name w:val="Light Grid Accent 3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leclaire-Accent4">
    <w:name w:val="Light Grid Accent 4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leclaire-Accent5">
    <w:name w:val="Light Grid Accent 5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leclaire-Accent6">
    <w:name w:val="Light Grid Accent 6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Tramemoyenne1">
    <w:name w:val="Medium Shading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emoyenne1">
    <w:name w:val="Medium Lis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emoyenne1-Accent1">
    <w:name w:val="Medium List 1 Accen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emoyenne1-Accent2">
    <w:name w:val="Medium List 1 Accent 2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emoyenne1-Accent3">
    <w:name w:val="Medium List 1 Accent 3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emoyenne1-Accent4">
    <w:name w:val="Medium List 1 Accent 4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emoyenne1-Accent5">
    <w:name w:val="Medium List 1 Accent 5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emoyenne1-Accent6">
    <w:name w:val="Medium List 1 Accent 6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emoyenne2">
    <w:name w:val="Medium Lis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lemoyenne1">
    <w:name w:val="Medium Grid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moyenne1-Accent1">
    <w:name w:val="Medium Grid 1 Accent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moyenne1-Accent2">
    <w:name w:val="Medium Grid 1 Accent 2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moyenne1-Accent3">
    <w:name w:val="Medium Grid 1 Accent 3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moyenne1-Accent4">
    <w:name w:val="Medium Grid 1 Accent 4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moyenne1-Accent5">
    <w:name w:val="Medium Grid 1 Accent 5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moyenne1-Accent6">
    <w:name w:val="Medium Grid 1 Accent 6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lemoyenne2">
    <w:name w:val="Medium Grid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1">
    <w:name w:val="Medium Grid 2 Accent 1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2">
    <w:name w:val="Medium Grid 2 Accent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3">
    <w:name w:val="Medium Grid 2 Accent 3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4">
    <w:name w:val="Medium Grid 2 Accent 4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5">
    <w:name w:val="Medium Grid 2 Accent 5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6">
    <w:name w:val="Medium Grid 2 Accent 6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3">
    <w:name w:val="Medium Grid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lemoyenne3-Accent1">
    <w:name w:val="Medium Grid 3 Accent 1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lemoyenne3-Accent2">
    <w:name w:val="Medium Grid 3 Accent 2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lemoyenne3-Accent3">
    <w:name w:val="Medium Grid 3 Accent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lemoyenne3-Accent4">
    <w:name w:val="Medium Grid 3 Accent 4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lemoyenne3-Accent5">
    <w:name w:val="Medium Grid 3 Accent 5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lemoyenne3-Accent6">
    <w:name w:val="Medium Grid 3 Accent 6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efonce">
    <w:name w:val="Dark List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efonce-Accent1">
    <w:name w:val="Dark List Accent 1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efonce-Accent2">
    <w:name w:val="Dark List Accent 2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efonce-Accent3">
    <w:name w:val="Dark List Accent 3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efonce-Accent4">
    <w:name w:val="Dark List Accent 4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efonce-Accent5">
    <w:name w:val="Dark List Accent 5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efonce-Accent6">
    <w:name w:val="Dark List Accent 6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Tramecouleur">
    <w:name w:val="Colorful Shading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1">
    <w:name w:val="Colorful Shading Accent 1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2">
    <w:name w:val="Colorful Shading Accent 2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3">
    <w:name w:val="Colorful Shading Accent 3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Tramecouleur-Accent4">
    <w:name w:val="Colorful Shading Accent 4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5">
    <w:name w:val="Colorful Shading Accent 5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6">
    <w:name w:val="Colorful Shading Accent 6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ecouleur">
    <w:name w:val="Colorful List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couleur-Accent1">
    <w:name w:val="Colorful List Accent 1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ecouleur-Accent2">
    <w:name w:val="Colorful List Accent 2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ecouleur-Accent3">
    <w:name w:val="Colorful List Accent 3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ecouleur-Accent4">
    <w:name w:val="Colorful List Accent 4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ecouleur-Accent5">
    <w:name w:val="Colorful List Accent 5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ecouleur-Accent6">
    <w:name w:val="Colorful List Accent 6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lecouleur">
    <w:name w:val="Colorful Grid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couleur-Accent1">
    <w:name w:val="Colorful Grid Accent 1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couleur-Accent2">
    <w:name w:val="Colorful Grid Accent 2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couleur-Accent3">
    <w:name w:val="Colorful Grid Accent 3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couleur-Accent4">
    <w:name w:val="Colorful Grid Accent 4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couleur-Accent5">
    <w:name w:val="Colorful Grid Accent 5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couleur-Accent6">
    <w:name w:val="Colorful Grid Accent 6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NormalWeb">
    <w:name w:val="Normal (Web)"/>
    <w:basedOn w:val="Normal"/>
    <w:uiPriority w:val="99"/>
    <w:semiHidden/>
    <w:unhideWhenUsed/>
    <w:rsid w:val="00993A8B"/>
  </w:style>
  <w:style w:type="paragraph" w:customStyle="1" w:styleId="ds-markdown-paragraph">
    <w:name w:val="ds-markdown-paragraph"/>
    <w:basedOn w:val="Normal"/>
    <w:rsid w:val="009C599B"/>
    <w:pPr>
      <w:spacing w:before="100" w:beforeAutospacing="1" w:after="100" w:afterAutospacing="1"/>
    </w:pPr>
  </w:style>
  <w:style w:type="paragraph" w:styleId="PrformatHTML">
    <w:name w:val="HTML Preformatted"/>
    <w:basedOn w:val="Normal"/>
    <w:link w:val="PrformatHTMLCar"/>
    <w:uiPriority w:val="99"/>
    <w:semiHidden/>
    <w:unhideWhenUsed/>
    <w:rsid w:val="00F90A2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basedOn w:val="Policepardfaut"/>
    <w:link w:val="PrformatHTML"/>
    <w:uiPriority w:val="99"/>
    <w:semiHidden/>
    <w:rsid w:val="00F90A20"/>
    <w:rPr>
      <w:rFonts w:ascii="Courier New" w:eastAsia="Times New Roman" w:hAnsi="Courier New" w:cs="Courier New"/>
      <w:sz w:val="20"/>
      <w:szCs w:val="20"/>
      <w:lang w:val="fr-FR"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411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9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1</Pages>
  <Words>293</Words>
  <Characters>1587</Characters>
  <Application>Microsoft Office Word</Application>
  <DocSecurity>0</DocSecurity>
  <Lines>39</Lines>
  <Paragraphs>28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1852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Malvina Faure</cp:lastModifiedBy>
  <cp:revision>8</cp:revision>
  <dcterms:created xsi:type="dcterms:W3CDTF">2026-05-05T11:12:00Z</dcterms:created>
  <dcterms:modified xsi:type="dcterms:W3CDTF">2026-07-22T14:13:00Z</dcterms:modified>
  <cp:category/>
</cp:coreProperties>
</file>